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2" w:type="dxa"/>
        <w:tblInd w:w="-176" w:type="dxa"/>
        <w:tblLook w:val="04A0" w:firstRow="1" w:lastRow="0" w:firstColumn="1" w:lastColumn="0" w:noHBand="0" w:noVBand="1"/>
      </w:tblPr>
      <w:tblGrid>
        <w:gridCol w:w="9782"/>
      </w:tblGrid>
      <w:tr w:rsidR="003936D7" w:rsidRPr="000737D0" w14:paraId="768DF9BC" w14:textId="77777777" w:rsidTr="003936D7">
        <w:trPr>
          <w:trHeight w:val="274"/>
        </w:trPr>
        <w:tc>
          <w:tcPr>
            <w:tcW w:w="9782"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1787E31" w14:textId="47E6999E" w:rsidR="003936D7" w:rsidRPr="003936D7" w:rsidRDefault="003936D7" w:rsidP="003936D7">
            <w:pPr>
              <w:spacing w:line="240" w:lineRule="auto"/>
              <w:jc w:val="center"/>
              <w:rPr>
                <w:rFonts w:ascii="Arial" w:hAnsi="Arial" w:cs="Arial"/>
                <w:b/>
                <w:bCs/>
                <w:sz w:val="22"/>
              </w:rPr>
            </w:pPr>
            <w:r w:rsidRPr="003936D7">
              <w:rPr>
                <w:rFonts w:ascii="Arial" w:hAnsi="Arial" w:cs="Arial"/>
                <w:b/>
                <w:bCs/>
                <w:sz w:val="28"/>
                <w:szCs w:val="28"/>
              </w:rPr>
              <w:t>Crisis Resilience Fund (CRF) Grant Application Form</w:t>
            </w:r>
          </w:p>
        </w:tc>
      </w:tr>
      <w:tr w:rsidR="003B335D" w:rsidRPr="000737D0" w14:paraId="7BD3FE51" w14:textId="77777777" w:rsidTr="00851966">
        <w:trPr>
          <w:trHeight w:val="274"/>
        </w:trPr>
        <w:tc>
          <w:tcPr>
            <w:tcW w:w="9782" w:type="dxa"/>
            <w:tcBorders>
              <w:top w:val="single" w:sz="4" w:space="0" w:color="auto"/>
              <w:left w:val="single" w:sz="4" w:space="0" w:color="auto"/>
              <w:bottom w:val="single" w:sz="4" w:space="0" w:color="auto"/>
              <w:right w:val="single" w:sz="4" w:space="0" w:color="auto"/>
            </w:tcBorders>
          </w:tcPr>
          <w:p w14:paraId="1C5F5602" w14:textId="37D747DB" w:rsidR="00333177" w:rsidRPr="003936D7" w:rsidRDefault="00333177" w:rsidP="00333177">
            <w:pPr>
              <w:rPr>
                <w:rFonts w:ascii="Arial" w:hAnsi="Arial" w:cs="Arial"/>
                <w:b/>
                <w:bCs/>
                <w:sz w:val="22"/>
                <w:lang w:val="en-GB"/>
              </w:rPr>
            </w:pPr>
            <w:r w:rsidRPr="003936D7">
              <w:rPr>
                <w:rFonts w:ascii="Arial" w:hAnsi="Arial" w:cs="Arial"/>
                <w:b/>
                <w:bCs/>
                <w:sz w:val="22"/>
                <w:lang w:val="en-GB"/>
              </w:rPr>
              <w:t>Introduction  </w:t>
            </w:r>
          </w:p>
          <w:p w14:paraId="107343AD" w14:textId="77777777" w:rsidR="00333177" w:rsidRPr="003936D7" w:rsidRDefault="00333177" w:rsidP="00333177">
            <w:pPr>
              <w:rPr>
                <w:rFonts w:ascii="Arial" w:hAnsi="Arial" w:cs="Arial"/>
                <w:sz w:val="22"/>
                <w:lang w:val="en-GB"/>
              </w:rPr>
            </w:pPr>
            <w:r w:rsidRPr="003936D7">
              <w:rPr>
                <w:rFonts w:ascii="Arial" w:hAnsi="Arial" w:cs="Arial"/>
                <w:sz w:val="22"/>
                <w:lang w:val="en-GB"/>
              </w:rPr>
              <w:t>The Crisis Resilience Fund (CRF) has been established to support services, programmes and activities that strengthen financial resilience for individuals and communities across Hampshire. Funding is focused on prevention, early intervention and longer-term support that reduces future reliance on crisis interventions and strengthens local support systems.  </w:t>
            </w:r>
          </w:p>
          <w:p w14:paraId="6CC21A88" w14:textId="7E12B620" w:rsidR="003936D7" w:rsidRPr="003936D7" w:rsidRDefault="00333177" w:rsidP="00261E13">
            <w:pPr>
              <w:rPr>
                <w:rFonts w:ascii="Arial" w:hAnsi="Arial" w:cs="Arial"/>
                <w:b/>
                <w:bCs/>
                <w:sz w:val="22"/>
              </w:rPr>
            </w:pPr>
            <w:r w:rsidRPr="003936D7">
              <w:rPr>
                <w:rFonts w:ascii="Arial" w:hAnsi="Arial" w:cs="Arial"/>
                <w:sz w:val="22"/>
              </w:rPr>
              <w:t>Please read the guidance document alongside this application form which can be found here:</w:t>
            </w:r>
            <w:r w:rsidRPr="003936D7">
              <w:rPr>
                <w:rFonts w:ascii="Arial" w:hAnsi="Arial" w:cs="Arial"/>
                <w:b/>
                <w:bCs/>
                <w:sz w:val="22"/>
              </w:rPr>
              <w:t xml:space="preserve"> </w:t>
            </w:r>
            <w:hyperlink r:id="rId13" w:history="1">
              <w:r w:rsidR="0030323C" w:rsidRPr="003936D7">
                <w:rPr>
                  <w:rStyle w:val="Hyperlink"/>
                  <w:rFonts w:ascii="Arial" w:hAnsi="Arial" w:cs="Arial"/>
                  <w:b/>
                  <w:bCs/>
                  <w:sz w:val="22"/>
                </w:rPr>
                <w:t>Resilience grants | Children and Families | Hampshire County Council</w:t>
              </w:r>
            </w:hyperlink>
          </w:p>
          <w:p w14:paraId="2DEBAC29" w14:textId="752F2EF1" w:rsidR="00261E13" w:rsidRPr="003936D7" w:rsidRDefault="00261E13" w:rsidP="00261E13">
            <w:pPr>
              <w:rPr>
                <w:rFonts w:ascii="Arial" w:hAnsi="Arial" w:cs="Arial"/>
                <w:b/>
                <w:bCs/>
                <w:sz w:val="22"/>
                <w:lang w:val="en-GB"/>
              </w:rPr>
            </w:pPr>
            <w:r w:rsidRPr="003936D7">
              <w:rPr>
                <w:rFonts w:ascii="Arial" w:hAnsi="Arial" w:cs="Arial"/>
                <w:b/>
                <w:bCs/>
                <w:sz w:val="22"/>
                <w:lang w:val="en-GB"/>
              </w:rPr>
              <w:t>Data Protection and GDPR</w:t>
            </w:r>
          </w:p>
          <w:p w14:paraId="198667FE" w14:textId="61EF21AC" w:rsidR="00261E13" w:rsidRPr="003936D7" w:rsidRDefault="00261E13" w:rsidP="00261E13">
            <w:pPr>
              <w:rPr>
                <w:rFonts w:ascii="Arial" w:hAnsi="Arial" w:cs="Arial"/>
                <w:b/>
                <w:bCs/>
                <w:sz w:val="22"/>
                <w:lang w:val="en-GB"/>
              </w:rPr>
            </w:pPr>
            <w:r w:rsidRPr="003936D7">
              <w:rPr>
                <w:rFonts w:ascii="Arial" w:hAnsi="Arial" w:cs="Arial"/>
                <w:sz w:val="22"/>
                <w:lang w:val="en-GB"/>
              </w:rPr>
              <w:t>By submitting an application, applicants confirm that they have considered all relevant data protection requirements and that any necessary General Data Protection Regulation (GDPR) processes, policies, consents, privacy notices, and data-sharing arrangements have been explored and, where required, are in place or will be in place before project delivery begins. Applicants are responsible for ensuring that their project complies with all applicable data protection legislation.</w:t>
            </w:r>
            <w:r w:rsidRPr="003936D7">
              <w:rPr>
                <w:rFonts w:ascii="Arial" w:hAnsi="Arial" w:cs="Arial"/>
                <w:b/>
                <w:bCs/>
                <w:sz w:val="22"/>
                <w:lang w:val="en-GB"/>
              </w:rPr>
              <w:t> </w:t>
            </w:r>
          </w:p>
          <w:p w14:paraId="62C90A1B" w14:textId="62E9B221" w:rsidR="003936D7" w:rsidRPr="00837084" w:rsidRDefault="00261E13" w:rsidP="00261E13">
            <w:pPr>
              <w:rPr>
                <w:rFonts w:ascii="Arial" w:hAnsi="Arial" w:cs="Arial"/>
                <w:sz w:val="22"/>
              </w:rPr>
            </w:pPr>
            <w:r w:rsidRPr="003936D7">
              <w:rPr>
                <w:rFonts w:ascii="Arial" w:hAnsi="Arial" w:cs="Arial"/>
                <w:sz w:val="22"/>
                <w:lang w:val="en-GB"/>
              </w:rPr>
              <w:t>Further information on GDPR can be found on the </w:t>
            </w:r>
            <w:hyperlink r:id="rId14" w:tgtFrame="_blank" w:history="1">
              <w:r w:rsidRPr="003936D7">
                <w:rPr>
                  <w:rStyle w:val="Hyperlink"/>
                  <w:rFonts w:ascii="Arial" w:hAnsi="Arial" w:cs="Arial"/>
                  <w:sz w:val="22"/>
                  <w:lang w:val="en-GB"/>
                </w:rPr>
                <w:t>Information Commissioner's Office (ICO) website</w:t>
              </w:r>
            </w:hyperlink>
          </w:p>
          <w:p w14:paraId="4D460FE5" w14:textId="6E1CD29F" w:rsidR="00261E13" w:rsidRPr="003936D7" w:rsidRDefault="00261E13" w:rsidP="00261E13">
            <w:pPr>
              <w:rPr>
                <w:rFonts w:ascii="Arial" w:hAnsi="Arial" w:cs="Arial"/>
                <w:sz w:val="22"/>
                <w:lang w:val="en-GB"/>
              </w:rPr>
            </w:pPr>
            <w:r w:rsidRPr="003936D7">
              <w:rPr>
                <w:rFonts w:ascii="Arial" w:hAnsi="Arial" w:cs="Arial"/>
                <w:b/>
                <w:bCs/>
                <w:sz w:val="22"/>
                <w:lang w:val="en-GB"/>
              </w:rPr>
              <w:t>Need Further Support?</w:t>
            </w:r>
            <w:r w:rsidRPr="003936D7">
              <w:rPr>
                <w:rFonts w:ascii="Arial" w:hAnsi="Arial" w:cs="Arial"/>
                <w:sz w:val="22"/>
                <w:lang w:val="en-GB"/>
              </w:rPr>
              <w:t> </w:t>
            </w:r>
          </w:p>
          <w:p w14:paraId="13DC99C3" w14:textId="77777777" w:rsidR="00261E13" w:rsidRPr="003936D7" w:rsidRDefault="00261E13" w:rsidP="00261E13">
            <w:pPr>
              <w:rPr>
                <w:rFonts w:ascii="Arial" w:hAnsi="Arial" w:cs="Arial"/>
                <w:sz w:val="22"/>
                <w:lang w:val="en-GB"/>
              </w:rPr>
            </w:pPr>
            <w:r w:rsidRPr="003936D7">
              <w:rPr>
                <w:rFonts w:ascii="Arial" w:hAnsi="Arial" w:cs="Arial"/>
                <w:sz w:val="22"/>
                <w:lang w:val="en-GB"/>
              </w:rPr>
              <w:t>Applicants are encouraged to discuss proposals with the CRF Team before submission where additional advice or support would be beneficial. Early engagement can help strengthen proposals and ensure alignment with CRF objectives. </w:t>
            </w:r>
          </w:p>
          <w:p w14:paraId="22FB962A" w14:textId="51FFCA2D" w:rsidR="00261E13" w:rsidRPr="00261E13" w:rsidRDefault="00261E13">
            <w:pPr>
              <w:rPr>
                <w:rFonts w:ascii="Arial" w:hAnsi="Arial" w:cs="Arial"/>
                <w:sz w:val="22"/>
                <w:lang w:val="en-GB"/>
              </w:rPr>
            </w:pPr>
            <w:r w:rsidRPr="003936D7">
              <w:rPr>
                <w:rFonts w:ascii="Arial" w:hAnsi="Arial" w:cs="Arial"/>
                <w:sz w:val="22"/>
                <w:lang w:val="en-GB"/>
              </w:rPr>
              <w:t>The team can be contacted via email at </w:t>
            </w:r>
            <w:hyperlink r:id="rId15" w:tgtFrame="_blank" w:history="1">
              <w:r w:rsidRPr="003936D7">
                <w:rPr>
                  <w:rStyle w:val="Hyperlink"/>
                  <w:rFonts w:ascii="Arial" w:hAnsi="Arial" w:cs="Arial"/>
                  <w:sz w:val="22"/>
                  <w:lang w:val="en-GB"/>
                </w:rPr>
                <w:t>connect4communities@hants.gov.uk</w:t>
              </w:r>
            </w:hyperlink>
            <w:r w:rsidRPr="00261E13">
              <w:rPr>
                <w:rFonts w:ascii="Arial" w:hAnsi="Arial" w:cs="Arial"/>
                <w:sz w:val="22"/>
                <w:lang w:val="en-GB"/>
              </w:rPr>
              <w:t> </w:t>
            </w:r>
          </w:p>
        </w:tc>
      </w:tr>
    </w:tbl>
    <w:p w14:paraId="1BE9DBB6" w14:textId="44D6C043" w:rsidR="001F5620" w:rsidRDefault="00A92499" w:rsidP="004962F6">
      <w:pPr>
        <w:pStyle w:val="Heading1"/>
        <w:ind w:left="-284"/>
        <w:jc w:val="center"/>
        <w:rPr>
          <w:rFonts w:ascii="Arial" w:hAnsi="Arial" w:cs="Arial"/>
        </w:rPr>
      </w:pPr>
      <w:r w:rsidRPr="003B57D4">
        <w:rPr>
          <w:rFonts w:ascii="Arial" w:hAnsi="Arial" w:cs="Arial"/>
        </w:rPr>
        <w:t>Pro</w:t>
      </w:r>
      <w:r w:rsidR="005E03CF">
        <w:rPr>
          <w:rFonts w:ascii="Arial" w:hAnsi="Arial" w:cs="Arial"/>
        </w:rPr>
        <w:t xml:space="preserve">ject </w:t>
      </w:r>
      <w:r w:rsidRPr="003B57D4">
        <w:rPr>
          <w:rFonts w:ascii="Arial" w:hAnsi="Arial" w:cs="Arial"/>
        </w:rPr>
        <w:t>Overview:</w:t>
      </w:r>
    </w:p>
    <w:p w14:paraId="302EEF2B" w14:textId="77777777" w:rsidR="004962F6" w:rsidRPr="004962F6" w:rsidRDefault="004962F6" w:rsidP="004962F6"/>
    <w:tbl>
      <w:tblPr>
        <w:tblStyle w:val="TableGrid"/>
        <w:tblW w:w="9753" w:type="dxa"/>
        <w:tblInd w:w="-147" w:type="dxa"/>
        <w:tblLook w:val="04A0" w:firstRow="1" w:lastRow="0" w:firstColumn="1" w:lastColumn="0" w:noHBand="0" w:noVBand="1"/>
      </w:tblPr>
      <w:tblGrid>
        <w:gridCol w:w="9753"/>
      </w:tblGrid>
      <w:tr w:rsidR="001C3DFB" w:rsidRPr="003936D7" w14:paraId="282F4CA0" w14:textId="77777777" w:rsidTr="006B6F0E">
        <w:tc>
          <w:tcPr>
            <w:tcW w:w="9753" w:type="dxa"/>
            <w:shd w:val="clear" w:color="auto" w:fill="A6A6A6" w:themeFill="background1" w:themeFillShade="A6"/>
          </w:tcPr>
          <w:p w14:paraId="0F401341" w14:textId="6D80C73E" w:rsidR="001C3DFB" w:rsidRPr="003936D7" w:rsidRDefault="00A92499">
            <w:pPr>
              <w:rPr>
                <w:rFonts w:ascii="Arial" w:hAnsi="Arial" w:cs="Arial"/>
                <w:b/>
                <w:bCs/>
                <w:sz w:val="22"/>
              </w:rPr>
            </w:pPr>
            <w:r w:rsidRPr="003936D7">
              <w:rPr>
                <w:rFonts w:ascii="Arial" w:hAnsi="Arial" w:cs="Arial"/>
                <w:b/>
                <w:bCs/>
                <w:sz w:val="22"/>
              </w:rPr>
              <w:t>Pro</w:t>
            </w:r>
            <w:r w:rsidR="005E03CF" w:rsidRPr="003936D7">
              <w:rPr>
                <w:rFonts w:ascii="Arial" w:hAnsi="Arial" w:cs="Arial"/>
                <w:b/>
                <w:bCs/>
                <w:sz w:val="22"/>
              </w:rPr>
              <w:t>ject</w:t>
            </w:r>
            <w:r w:rsidRPr="003936D7">
              <w:rPr>
                <w:rFonts w:ascii="Arial" w:hAnsi="Arial" w:cs="Arial"/>
                <w:b/>
                <w:bCs/>
                <w:sz w:val="22"/>
              </w:rPr>
              <w:t xml:space="preserve"> Overview</w:t>
            </w:r>
          </w:p>
        </w:tc>
      </w:tr>
      <w:tr w:rsidR="001C3DFB" w:rsidRPr="003936D7" w14:paraId="1B1D68AA" w14:textId="77777777" w:rsidTr="006B6F0E">
        <w:tc>
          <w:tcPr>
            <w:tcW w:w="9753" w:type="dxa"/>
          </w:tcPr>
          <w:p w14:paraId="399B6FD1" w14:textId="2ADD2D1D" w:rsidR="001C3DFB" w:rsidRPr="003936D7" w:rsidRDefault="00822489">
            <w:pPr>
              <w:rPr>
                <w:rFonts w:ascii="Arial" w:hAnsi="Arial" w:cs="Arial"/>
                <w:b/>
                <w:bCs/>
                <w:sz w:val="22"/>
                <w:lang w:val="en-GB"/>
              </w:rPr>
            </w:pPr>
            <w:r w:rsidRPr="003936D7">
              <w:rPr>
                <w:rFonts w:ascii="Arial" w:hAnsi="Arial" w:cs="Arial"/>
                <w:b/>
                <w:bCs/>
                <w:sz w:val="22"/>
                <w:lang w:val="en-GB"/>
              </w:rPr>
              <w:t>Project Title</w:t>
            </w:r>
            <w:r w:rsidR="008C3652" w:rsidRPr="003936D7">
              <w:rPr>
                <w:rFonts w:ascii="Arial" w:hAnsi="Arial" w:cs="Arial"/>
                <w:b/>
                <w:bCs/>
                <w:sz w:val="22"/>
                <w:lang w:val="en-GB"/>
              </w:rPr>
              <w:t>:</w:t>
            </w:r>
          </w:p>
        </w:tc>
      </w:tr>
      <w:tr w:rsidR="00316B4C" w:rsidRPr="003936D7" w14:paraId="1E87D3A3" w14:textId="77777777" w:rsidTr="006B6F0E">
        <w:sdt>
          <w:sdtPr>
            <w:rPr>
              <w:rFonts w:ascii="Arial" w:hAnsi="Arial" w:cs="Arial"/>
              <w:sz w:val="22"/>
            </w:rPr>
            <w:id w:val="-892353534"/>
            <w:placeholder>
              <w:docPart w:val="8487CB668DBD4B138DC81F0306336482"/>
            </w:placeholder>
            <w:showingPlcHdr/>
            <w:text/>
          </w:sdtPr>
          <w:sdtContent>
            <w:tc>
              <w:tcPr>
                <w:tcW w:w="9753" w:type="dxa"/>
              </w:tcPr>
              <w:p w14:paraId="360CA7A2" w14:textId="70EE3379" w:rsidR="00316B4C" w:rsidRPr="003936D7" w:rsidRDefault="00C50BA8">
                <w:pPr>
                  <w:rPr>
                    <w:rFonts w:ascii="Arial" w:eastAsia="MS Gothic" w:hAnsi="Arial" w:cs="Arial"/>
                    <w:sz w:val="22"/>
                  </w:rPr>
                </w:pPr>
                <w:r w:rsidRPr="003936D7">
                  <w:rPr>
                    <w:rStyle w:val="PlaceholderText"/>
                    <w:rFonts w:ascii="Arial" w:hAnsi="Arial" w:cs="Arial"/>
                    <w:sz w:val="22"/>
                  </w:rPr>
                  <w:t>Click or tap here to enter text.</w:t>
                </w:r>
              </w:p>
            </w:tc>
          </w:sdtContent>
        </w:sdt>
      </w:tr>
      <w:tr w:rsidR="00316B4C" w:rsidRPr="003936D7" w14:paraId="6BDE74A3" w14:textId="77777777" w:rsidTr="006B6F0E">
        <w:tc>
          <w:tcPr>
            <w:tcW w:w="9753" w:type="dxa"/>
          </w:tcPr>
          <w:p w14:paraId="51ACC3C0" w14:textId="0218859C" w:rsidR="00316B4C" w:rsidRPr="003936D7" w:rsidRDefault="00316B4C">
            <w:pPr>
              <w:rPr>
                <w:rFonts w:ascii="Arial" w:eastAsia="MS Gothic" w:hAnsi="Arial" w:cs="Arial"/>
                <w:sz w:val="22"/>
                <w:lang w:val="en-GB"/>
              </w:rPr>
            </w:pPr>
            <w:r w:rsidRPr="003936D7">
              <w:rPr>
                <w:rFonts w:ascii="Arial" w:eastAsia="MS Gothic" w:hAnsi="Arial" w:cs="Arial"/>
                <w:b/>
                <w:bCs/>
                <w:sz w:val="22"/>
                <w:lang w:val="en-GB"/>
              </w:rPr>
              <w:t>Organisation</w:t>
            </w:r>
            <w:r w:rsidR="008C3652" w:rsidRPr="003936D7">
              <w:rPr>
                <w:rFonts w:ascii="Arial" w:eastAsia="MS Gothic" w:hAnsi="Arial" w:cs="Arial"/>
                <w:b/>
                <w:bCs/>
                <w:sz w:val="22"/>
                <w:lang w:val="en-GB"/>
              </w:rPr>
              <w:t>:</w:t>
            </w:r>
          </w:p>
        </w:tc>
      </w:tr>
      <w:tr w:rsidR="00822489" w:rsidRPr="003936D7" w14:paraId="0BFE2637" w14:textId="77777777" w:rsidTr="006B6F0E">
        <w:sdt>
          <w:sdtPr>
            <w:rPr>
              <w:rFonts w:ascii="Arial" w:hAnsi="Arial" w:cs="Arial"/>
              <w:sz w:val="22"/>
            </w:rPr>
            <w:id w:val="-344092335"/>
            <w:placeholder>
              <w:docPart w:val="B4412A05984C487AADA26F77CD920EC0"/>
            </w:placeholder>
            <w:showingPlcHdr/>
            <w:text/>
          </w:sdtPr>
          <w:sdtContent>
            <w:tc>
              <w:tcPr>
                <w:tcW w:w="9753" w:type="dxa"/>
              </w:tcPr>
              <w:p w14:paraId="521508C4" w14:textId="1BB781D7" w:rsidR="00822489" w:rsidRPr="003936D7" w:rsidRDefault="00C50BA8">
                <w:pPr>
                  <w:rPr>
                    <w:rFonts w:ascii="Arial" w:eastAsia="MS Gothic" w:hAnsi="Arial" w:cs="Arial"/>
                    <w:b/>
                    <w:bCs/>
                    <w:sz w:val="22"/>
                    <w:lang w:val="en-GB"/>
                  </w:rPr>
                </w:pPr>
                <w:r w:rsidRPr="003936D7">
                  <w:rPr>
                    <w:rStyle w:val="PlaceholderText"/>
                    <w:rFonts w:ascii="Arial" w:hAnsi="Arial" w:cs="Arial"/>
                    <w:sz w:val="22"/>
                  </w:rPr>
                  <w:t>Click or tap here to enter text.</w:t>
                </w:r>
              </w:p>
            </w:tc>
          </w:sdtContent>
        </w:sdt>
      </w:tr>
      <w:tr w:rsidR="00822489" w:rsidRPr="003936D7" w14:paraId="3F9716CE" w14:textId="77777777" w:rsidTr="006B6F0E">
        <w:tc>
          <w:tcPr>
            <w:tcW w:w="9753" w:type="dxa"/>
          </w:tcPr>
          <w:p w14:paraId="75F127F7" w14:textId="42BEC751" w:rsidR="00822489" w:rsidRPr="003936D7" w:rsidRDefault="00822489">
            <w:pPr>
              <w:rPr>
                <w:rFonts w:ascii="Arial" w:eastAsia="MS Gothic" w:hAnsi="Arial" w:cs="Arial"/>
                <w:b/>
                <w:bCs/>
                <w:sz w:val="22"/>
                <w:lang w:val="en-GB"/>
              </w:rPr>
            </w:pPr>
            <w:r w:rsidRPr="003936D7">
              <w:rPr>
                <w:rFonts w:ascii="Arial" w:eastAsia="MS Gothic" w:hAnsi="Arial" w:cs="Arial"/>
                <w:b/>
                <w:bCs/>
                <w:sz w:val="22"/>
                <w:lang w:val="en-GB"/>
              </w:rPr>
              <w:t>Sponsor (Lead)</w:t>
            </w:r>
          </w:p>
        </w:tc>
      </w:tr>
      <w:tr w:rsidR="00822489" w:rsidRPr="003936D7" w14:paraId="2B579459" w14:textId="77777777" w:rsidTr="006B6F0E">
        <w:sdt>
          <w:sdtPr>
            <w:rPr>
              <w:rFonts w:ascii="Arial" w:hAnsi="Arial" w:cs="Arial"/>
              <w:sz w:val="22"/>
            </w:rPr>
            <w:id w:val="-913392345"/>
            <w:placeholder>
              <w:docPart w:val="5AC6A31A3FA24E6E99161EB974B91059"/>
            </w:placeholder>
            <w:showingPlcHdr/>
            <w:text/>
          </w:sdtPr>
          <w:sdtContent>
            <w:tc>
              <w:tcPr>
                <w:tcW w:w="9753" w:type="dxa"/>
              </w:tcPr>
              <w:p w14:paraId="63A77C47" w14:textId="744DA460" w:rsidR="00822489" w:rsidRPr="003936D7" w:rsidRDefault="00C50BA8">
                <w:pPr>
                  <w:rPr>
                    <w:rFonts w:ascii="Arial" w:eastAsia="MS Gothic" w:hAnsi="Arial" w:cs="Arial"/>
                    <w:b/>
                    <w:bCs/>
                    <w:sz w:val="22"/>
                    <w:lang w:val="en-GB"/>
                  </w:rPr>
                </w:pPr>
                <w:r w:rsidRPr="003936D7">
                  <w:rPr>
                    <w:rStyle w:val="PlaceholderText"/>
                    <w:rFonts w:ascii="Arial" w:hAnsi="Arial" w:cs="Arial"/>
                    <w:sz w:val="22"/>
                  </w:rPr>
                  <w:t>Click or tap here to enter text.</w:t>
                </w:r>
              </w:p>
            </w:tc>
          </w:sdtContent>
        </w:sdt>
      </w:tr>
      <w:tr w:rsidR="00822489" w:rsidRPr="003936D7" w14:paraId="729048C2" w14:textId="77777777" w:rsidTr="006B6F0E">
        <w:tc>
          <w:tcPr>
            <w:tcW w:w="9753" w:type="dxa"/>
          </w:tcPr>
          <w:p w14:paraId="715F5D6E" w14:textId="55B711F3" w:rsidR="00822489" w:rsidRPr="003936D7" w:rsidRDefault="00822489">
            <w:pPr>
              <w:rPr>
                <w:rFonts w:ascii="Arial" w:eastAsia="MS Gothic" w:hAnsi="Arial" w:cs="Arial"/>
                <w:b/>
                <w:bCs/>
                <w:sz w:val="22"/>
                <w:lang w:val="en-GB"/>
              </w:rPr>
            </w:pPr>
            <w:r w:rsidRPr="003936D7">
              <w:rPr>
                <w:rFonts w:ascii="Arial" w:eastAsia="MS Gothic" w:hAnsi="Arial" w:cs="Arial"/>
                <w:b/>
                <w:bCs/>
                <w:sz w:val="22"/>
                <w:lang w:val="en-GB"/>
              </w:rPr>
              <w:t>CRF Area</w:t>
            </w:r>
            <w:r w:rsidR="00531EEE" w:rsidRPr="003936D7">
              <w:rPr>
                <w:rFonts w:ascii="Arial" w:eastAsia="MS Gothic" w:hAnsi="Arial" w:cs="Arial"/>
                <w:b/>
                <w:bCs/>
                <w:sz w:val="22"/>
                <w:lang w:val="en-GB"/>
              </w:rPr>
              <w:t>:</w:t>
            </w:r>
            <w:r w:rsidRPr="003936D7">
              <w:rPr>
                <w:rFonts w:ascii="Arial" w:eastAsia="MS Gothic" w:hAnsi="Arial" w:cs="Arial"/>
                <w:b/>
                <w:bCs/>
                <w:sz w:val="22"/>
                <w:lang w:val="en-GB"/>
              </w:rPr>
              <w:t xml:space="preserve"> (Delete as required)</w:t>
            </w:r>
          </w:p>
        </w:tc>
      </w:tr>
      <w:tr w:rsidR="00822489" w:rsidRPr="003936D7" w14:paraId="4F3DB8EA" w14:textId="77777777" w:rsidTr="006B6F0E">
        <w:tc>
          <w:tcPr>
            <w:tcW w:w="9753" w:type="dxa"/>
          </w:tcPr>
          <w:p w14:paraId="65B7978C" w14:textId="1B4FF92A" w:rsidR="00822489" w:rsidRPr="003936D7" w:rsidRDefault="008C3652">
            <w:pPr>
              <w:rPr>
                <w:rFonts w:ascii="Arial" w:eastAsia="MS Gothic" w:hAnsi="Arial" w:cs="Arial"/>
                <w:sz w:val="22"/>
                <w:lang w:val="en-GB"/>
              </w:rPr>
            </w:pPr>
            <w:r w:rsidRPr="003936D7">
              <w:rPr>
                <w:rFonts w:ascii="Arial" w:eastAsia="MS Gothic" w:hAnsi="Arial" w:cs="Arial"/>
                <w:sz w:val="22"/>
                <w:lang w:val="en-GB"/>
              </w:rPr>
              <w:t>Crisis/Resilience/Community Coordination</w:t>
            </w:r>
          </w:p>
        </w:tc>
      </w:tr>
      <w:tr w:rsidR="00822489" w:rsidRPr="003936D7" w14:paraId="5DD90B09" w14:textId="77777777" w:rsidTr="006B6F0E">
        <w:tc>
          <w:tcPr>
            <w:tcW w:w="9753" w:type="dxa"/>
          </w:tcPr>
          <w:p w14:paraId="295C87F8" w14:textId="58C9EDDD" w:rsidR="00822489" w:rsidRPr="003936D7" w:rsidRDefault="008C3652">
            <w:pPr>
              <w:rPr>
                <w:rFonts w:ascii="Arial" w:eastAsia="MS Gothic" w:hAnsi="Arial" w:cs="Arial"/>
                <w:b/>
                <w:bCs/>
                <w:sz w:val="22"/>
                <w:lang w:val="en-GB"/>
              </w:rPr>
            </w:pPr>
            <w:r w:rsidRPr="003936D7">
              <w:rPr>
                <w:rFonts w:ascii="Arial" w:eastAsia="MS Gothic" w:hAnsi="Arial" w:cs="Arial"/>
                <w:b/>
                <w:bCs/>
                <w:sz w:val="22"/>
                <w:lang w:val="en-GB"/>
              </w:rPr>
              <w:t>Value</w:t>
            </w:r>
            <w:r w:rsidR="00531EEE" w:rsidRPr="003936D7">
              <w:rPr>
                <w:rFonts w:ascii="Arial" w:eastAsia="MS Gothic" w:hAnsi="Arial" w:cs="Arial"/>
                <w:b/>
                <w:bCs/>
                <w:sz w:val="22"/>
                <w:lang w:val="en-GB"/>
              </w:rPr>
              <w:t xml:space="preserve"> (£):</w:t>
            </w:r>
          </w:p>
        </w:tc>
      </w:tr>
      <w:tr w:rsidR="00822489" w:rsidRPr="003936D7" w14:paraId="1691F3BA" w14:textId="77777777" w:rsidTr="006B6F0E">
        <w:sdt>
          <w:sdtPr>
            <w:rPr>
              <w:rFonts w:ascii="Arial" w:hAnsi="Arial" w:cs="Arial"/>
              <w:sz w:val="22"/>
            </w:rPr>
            <w:id w:val="1869475924"/>
            <w:placeholder>
              <w:docPart w:val="87435648F48748C49EFF9E23814B51AD"/>
            </w:placeholder>
            <w:showingPlcHdr/>
            <w:text/>
          </w:sdtPr>
          <w:sdtContent>
            <w:tc>
              <w:tcPr>
                <w:tcW w:w="9753" w:type="dxa"/>
              </w:tcPr>
              <w:p w14:paraId="2E4B3737" w14:textId="16731181" w:rsidR="00822489" w:rsidRPr="003936D7" w:rsidRDefault="00C50BA8">
                <w:pPr>
                  <w:rPr>
                    <w:rFonts w:ascii="Arial" w:eastAsia="MS Gothic" w:hAnsi="Arial" w:cs="Arial"/>
                    <w:b/>
                    <w:bCs/>
                    <w:sz w:val="22"/>
                    <w:lang w:val="en-GB"/>
                  </w:rPr>
                </w:pPr>
                <w:r w:rsidRPr="003936D7">
                  <w:rPr>
                    <w:rStyle w:val="PlaceholderText"/>
                    <w:rFonts w:ascii="Arial" w:hAnsi="Arial" w:cs="Arial"/>
                    <w:sz w:val="22"/>
                  </w:rPr>
                  <w:t>Click or tap here to enter text.</w:t>
                </w:r>
              </w:p>
            </w:tc>
          </w:sdtContent>
        </w:sdt>
      </w:tr>
      <w:tr w:rsidR="00C50BA8" w:rsidRPr="003936D7" w14:paraId="69733643" w14:textId="77777777" w:rsidTr="006B6F0E">
        <w:trPr>
          <w:trHeight w:val="369"/>
        </w:trPr>
        <w:tc>
          <w:tcPr>
            <w:tcW w:w="9753" w:type="dxa"/>
          </w:tcPr>
          <w:p w14:paraId="504A2DE0" w14:textId="423368C9" w:rsidR="002E3985" w:rsidRPr="003936D7" w:rsidRDefault="002E3985" w:rsidP="002E3985">
            <w:pPr>
              <w:rPr>
                <w:rFonts w:ascii="Arial" w:hAnsi="Arial" w:cs="Arial"/>
                <w:b/>
                <w:bCs/>
                <w:sz w:val="22"/>
                <w:lang w:val="en-GB"/>
              </w:rPr>
            </w:pPr>
            <w:r w:rsidRPr="003936D7">
              <w:rPr>
                <w:rFonts w:ascii="Arial" w:hAnsi="Arial" w:cs="Arial"/>
                <w:b/>
                <w:bCs/>
                <w:sz w:val="22"/>
                <w:lang w:val="en-GB"/>
              </w:rPr>
              <w:t>Project Summary</w:t>
            </w:r>
            <w:r w:rsidR="00BA6700" w:rsidRPr="003936D7">
              <w:rPr>
                <w:rFonts w:ascii="Arial" w:hAnsi="Arial" w:cs="Arial"/>
                <w:b/>
                <w:bCs/>
                <w:sz w:val="22"/>
                <w:lang w:val="en-GB"/>
              </w:rPr>
              <w:t>:</w:t>
            </w:r>
          </w:p>
          <w:p w14:paraId="2CFB5D34" w14:textId="77777777" w:rsidR="00BA6700" w:rsidRPr="003936D7" w:rsidRDefault="00BA6700" w:rsidP="002E3985">
            <w:pPr>
              <w:rPr>
                <w:rFonts w:ascii="Arial" w:hAnsi="Arial" w:cs="Arial"/>
                <w:b/>
                <w:bCs/>
                <w:sz w:val="22"/>
              </w:rPr>
            </w:pPr>
          </w:p>
          <w:p w14:paraId="5EE818FF" w14:textId="71498835" w:rsidR="002E3985" w:rsidRPr="004962F6" w:rsidRDefault="002E3985" w:rsidP="00E14E0B">
            <w:pPr>
              <w:pStyle w:val="ListParagraph"/>
              <w:numPr>
                <w:ilvl w:val="0"/>
                <w:numId w:val="13"/>
              </w:numPr>
              <w:rPr>
                <w:rFonts w:ascii="Arial" w:hAnsi="Arial" w:cs="Arial"/>
                <w:szCs w:val="20"/>
              </w:rPr>
            </w:pPr>
            <w:r w:rsidRPr="004962F6">
              <w:rPr>
                <w:rFonts w:ascii="Arial" w:hAnsi="Arial" w:cs="Arial"/>
                <w:szCs w:val="20"/>
              </w:rPr>
              <w:t>Aims/Objectives/Target Cohort/Locality/expected outcomes.</w:t>
            </w:r>
          </w:p>
          <w:p w14:paraId="0913E51A" w14:textId="77777777" w:rsidR="002E3985" w:rsidRPr="004962F6" w:rsidRDefault="002E3985" w:rsidP="00E14E0B">
            <w:pPr>
              <w:pStyle w:val="ListParagraph"/>
              <w:numPr>
                <w:ilvl w:val="0"/>
                <w:numId w:val="13"/>
              </w:numPr>
              <w:rPr>
                <w:rFonts w:ascii="Arial" w:hAnsi="Arial" w:cs="Arial"/>
                <w:szCs w:val="20"/>
                <w:lang w:val="en-GB"/>
              </w:rPr>
            </w:pPr>
            <w:r w:rsidRPr="004962F6">
              <w:rPr>
                <w:rFonts w:ascii="Arial" w:hAnsi="Arial" w:cs="Arial"/>
                <w:szCs w:val="20"/>
                <w:lang w:val="en-GB"/>
              </w:rPr>
              <w:t>Is this a brand new scheme, or an extension/improvement of something existing.</w:t>
            </w:r>
          </w:p>
          <w:p w14:paraId="543752E0" w14:textId="5B48D097" w:rsidR="00C50BA8" w:rsidRPr="003936D7" w:rsidRDefault="00C50BA8">
            <w:pPr>
              <w:rPr>
                <w:rFonts w:ascii="Arial" w:hAnsi="Arial" w:cs="Arial"/>
                <w:b/>
                <w:bCs/>
                <w:sz w:val="22"/>
                <w:lang w:val="en-GB"/>
              </w:rPr>
            </w:pPr>
          </w:p>
        </w:tc>
      </w:tr>
      <w:tr w:rsidR="00C50BA8" w:rsidRPr="003936D7" w14:paraId="7E75BA86" w14:textId="77777777" w:rsidTr="00F419CB">
        <w:trPr>
          <w:trHeight w:val="1851"/>
        </w:trPr>
        <w:sdt>
          <w:sdtPr>
            <w:rPr>
              <w:rFonts w:ascii="Arial" w:hAnsi="Arial" w:cs="Arial"/>
              <w:sz w:val="22"/>
            </w:rPr>
            <w:id w:val="-1866824482"/>
            <w:placeholder>
              <w:docPart w:val="9EC0407856794C5BB403B98D57E65A98"/>
            </w:placeholder>
            <w:showingPlcHdr/>
            <w:text/>
          </w:sdtPr>
          <w:sdtContent>
            <w:tc>
              <w:tcPr>
                <w:tcW w:w="9753" w:type="dxa"/>
              </w:tcPr>
              <w:p w14:paraId="03F58ED9" w14:textId="77777777" w:rsidR="00C50BA8" w:rsidRPr="003936D7" w:rsidRDefault="00C50BA8">
                <w:pPr>
                  <w:rPr>
                    <w:rFonts w:ascii="Arial" w:hAnsi="Arial" w:cs="Arial"/>
                    <w:b/>
                    <w:bCs/>
                    <w:sz w:val="22"/>
                  </w:rPr>
                </w:pPr>
                <w:r w:rsidRPr="003936D7">
                  <w:rPr>
                    <w:rStyle w:val="PlaceholderText"/>
                    <w:rFonts w:ascii="Arial" w:hAnsi="Arial" w:cs="Arial"/>
                    <w:sz w:val="22"/>
                  </w:rPr>
                  <w:t>Click or tap here to enter text.</w:t>
                </w:r>
              </w:p>
            </w:tc>
          </w:sdtContent>
        </w:sdt>
      </w:tr>
      <w:tr w:rsidR="002E3985" w:rsidRPr="003936D7" w14:paraId="6C491820" w14:textId="77777777" w:rsidTr="006B6F0E">
        <w:trPr>
          <w:trHeight w:val="369"/>
        </w:trPr>
        <w:tc>
          <w:tcPr>
            <w:tcW w:w="9753" w:type="dxa"/>
          </w:tcPr>
          <w:p w14:paraId="38A0D94B" w14:textId="77777777" w:rsidR="00BA6700" w:rsidRPr="003936D7" w:rsidRDefault="00D85583" w:rsidP="00D85583">
            <w:pPr>
              <w:rPr>
                <w:rFonts w:ascii="Arial" w:hAnsi="Arial" w:cs="Arial"/>
                <w:b/>
                <w:bCs/>
                <w:sz w:val="22"/>
                <w:lang w:val="en-GB"/>
              </w:rPr>
            </w:pPr>
            <w:r w:rsidRPr="003936D7">
              <w:rPr>
                <w:rFonts w:ascii="Arial" w:hAnsi="Arial" w:cs="Arial"/>
                <w:b/>
                <w:bCs/>
                <w:sz w:val="22"/>
                <w:lang w:val="en-GB"/>
              </w:rPr>
              <w:t>Alignment to CRF Criteria</w:t>
            </w:r>
            <w:r w:rsidR="00BA6700" w:rsidRPr="003936D7">
              <w:rPr>
                <w:rFonts w:ascii="Arial" w:hAnsi="Arial" w:cs="Arial"/>
                <w:b/>
                <w:bCs/>
                <w:sz w:val="22"/>
                <w:lang w:val="en-GB"/>
              </w:rPr>
              <w:t>:</w:t>
            </w:r>
          </w:p>
          <w:p w14:paraId="205E6056" w14:textId="77777777" w:rsidR="00BA6700" w:rsidRPr="003936D7" w:rsidRDefault="00BA6700" w:rsidP="00D85583">
            <w:pPr>
              <w:rPr>
                <w:rFonts w:ascii="Arial" w:hAnsi="Arial" w:cs="Arial"/>
                <w:b/>
                <w:bCs/>
                <w:sz w:val="22"/>
              </w:rPr>
            </w:pPr>
          </w:p>
          <w:p w14:paraId="5721EB74" w14:textId="0DBCD5AF" w:rsidR="00D85583" w:rsidRPr="004962F6" w:rsidRDefault="00D85583" w:rsidP="00E14E0B">
            <w:pPr>
              <w:pStyle w:val="ListParagraph"/>
              <w:numPr>
                <w:ilvl w:val="0"/>
                <w:numId w:val="12"/>
              </w:numPr>
              <w:rPr>
                <w:rFonts w:ascii="Arial" w:hAnsi="Arial" w:cs="Arial"/>
                <w:szCs w:val="20"/>
              </w:rPr>
            </w:pPr>
            <w:r w:rsidRPr="004962F6">
              <w:rPr>
                <w:rFonts w:ascii="Arial" w:hAnsi="Arial" w:cs="Arial"/>
                <w:szCs w:val="20"/>
              </w:rPr>
              <w:t>Which strand does this support.</w:t>
            </w:r>
          </w:p>
          <w:p w14:paraId="4B529CED" w14:textId="77777777" w:rsidR="00D85583" w:rsidRPr="004962F6" w:rsidRDefault="00D85583" w:rsidP="00E14E0B">
            <w:pPr>
              <w:pStyle w:val="ListParagraph"/>
              <w:numPr>
                <w:ilvl w:val="0"/>
                <w:numId w:val="12"/>
              </w:numPr>
              <w:rPr>
                <w:rFonts w:ascii="Arial" w:hAnsi="Arial" w:cs="Arial"/>
                <w:szCs w:val="20"/>
                <w:lang w:val="en-GB"/>
              </w:rPr>
            </w:pPr>
            <w:r w:rsidRPr="004962F6">
              <w:rPr>
                <w:rFonts w:ascii="Arial" w:hAnsi="Arial" w:cs="Arial"/>
                <w:szCs w:val="20"/>
                <w:lang w:val="en-GB"/>
              </w:rPr>
              <w:t>What outcomes does it support.</w:t>
            </w:r>
          </w:p>
          <w:p w14:paraId="3B5B1D7E" w14:textId="77777777" w:rsidR="00D85583" w:rsidRPr="004962F6" w:rsidRDefault="00D85583" w:rsidP="00E14E0B">
            <w:pPr>
              <w:pStyle w:val="ListParagraph"/>
              <w:numPr>
                <w:ilvl w:val="0"/>
                <w:numId w:val="12"/>
              </w:numPr>
              <w:rPr>
                <w:rFonts w:ascii="Arial" w:hAnsi="Arial" w:cs="Arial"/>
                <w:szCs w:val="20"/>
                <w:lang w:val="en-GB"/>
              </w:rPr>
            </w:pPr>
            <w:r w:rsidRPr="004962F6">
              <w:rPr>
                <w:rFonts w:ascii="Arial" w:hAnsi="Arial" w:cs="Arial"/>
                <w:szCs w:val="20"/>
                <w:lang w:val="en-GB"/>
              </w:rPr>
              <w:t>How does it meet the DWP criteria</w:t>
            </w:r>
          </w:p>
          <w:p w14:paraId="5A3632D6" w14:textId="31874C1B" w:rsidR="002E3985" w:rsidRPr="003936D7" w:rsidRDefault="002E3985" w:rsidP="002E3985">
            <w:pPr>
              <w:rPr>
                <w:rFonts w:ascii="Arial" w:hAnsi="Arial" w:cs="Arial"/>
                <w:b/>
                <w:bCs/>
                <w:sz w:val="22"/>
                <w:lang w:val="en-GB"/>
              </w:rPr>
            </w:pPr>
          </w:p>
        </w:tc>
      </w:tr>
      <w:tr w:rsidR="002E3985" w:rsidRPr="003936D7" w14:paraId="78AA9024" w14:textId="77777777" w:rsidTr="00F419CB">
        <w:trPr>
          <w:trHeight w:val="1600"/>
        </w:trPr>
        <w:sdt>
          <w:sdtPr>
            <w:rPr>
              <w:rFonts w:ascii="Arial" w:hAnsi="Arial" w:cs="Arial"/>
              <w:sz w:val="22"/>
            </w:rPr>
            <w:id w:val="891313542"/>
            <w:placeholder>
              <w:docPart w:val="C417DAACDC2248C98A1DB4D949194AB8"/>
            </w:placeholder>
            <w:showingPlcHdr/>
            <w:text/>
          </w:sdtPr>
          <w:sdtContent>
            <w:tc>
              <w:tcPr>
                <w:tcW w:w="9753" w:type="dxa"/>
              </w:tcPr>
              <w:p w14:paraId="4B2F8267" w14:textId="77777777" w:rsidR="002E3985" w:rsidRPr="003936D7" w:rsidRDefault="002E3985">
                <w:pPr>
                  <w:rPr>
                    <w:rFonts w:ascii="Arial" w:hAnsi="Arial" w:cs="Arial"/>
                    <w:b/>
                    <w:bCs/>
                    <w:sz w:val="22"/>
                  </w:rPr>
                </w:pPr>
                <w:r w:rsidRPr="003936D7">
                  <w:rPr>
                    <w:rStyle w:val="PlaceholderText"/>
                    <w:rFonts w:ascii="Arial" w:hAnsi="Arial" w:cs="Arial"/>
                    <w:sz w:val="22"/>
                  </w:rPr>
                  <w:t>Click or tap here to enter text.</w:t>
                </w:r>
              </w:p>
            </w:tc>
          </w:sdtContent>
        </w:sdt>
      </w:tr>
      <w:tr w:rsidR="002E3985" w:rsidRPr="003936D7" w14:paraId="00F85ED4" w14:textId="77777777" w:rsidTr="006B6F0E">
        <w:trPr>
          <w:trHeight w:val="369"/>
        </w:trPr>
        <w:tc>
          <w:tcPr>
            <w:tcW w:w="9753" w:type="dxa"/>
          </w:tcPr>
          <w:p w14:paraId="34EB3505" w14:textId="5F9676EA" w:rsidR="000737D0" w:rsidRPr="003936D7" w:rsidRDefault="00D85583" w:rsidP="00D85583">
            <w:pPr>
              <w:rPr>
                <w:rFonts w:ascii="Arial" w:hAnsi="Arial" w:cs="Arial"/>
                <w:b/>
                <w:bCs/>
                <w:sz w:val="22"/>
                <w:lang w:val="en-GB"/>
              </w:rPr>
            </w:pPr>
            <w:r w:rsidRPr="003936D7">
              <w:rPr>
                <w:rFonts w:ascii="Arial" w:hAnsi="Arial" w:cs="Arial"/>
                <w:b/>
                <w:bCs/>
                <w:sz w:val="22"/>
                <w:lang w:val="en-GB"/>
              </w:rPr>
              <w:t>Project Deliverables</w:t>
            </w:r>
            <w:r w:rsidR="00BA6700" w:rsidRPr="003936D7">
              <w:rPr>
                <w:rFonts w:ascii="Arial" w:hAnsi="Arial" w:cs="Arial"/>
                <w:b/>
                <w:bCs/>
                <w:sz w:val="22"/>
                <w:lang w:val="en-GB"/>
              </w:rPr>
              <w:t>:</w:t>
            </w:r>
          </w:p>
          <w:p w14:paraId="44DF9B03" w14:textId="77777777" w:rsidR="00BA6700" w:rsidRPr="003936D7" w:rsidRDefault="00BA6700" w:rsidP="00D85583">
            <w:pPr>
              <w:rPr>
                <w:rFonts w:ascii="Arial" w:hAnsi="Arial" w:cs="Arial"/>
                <w:b/>
                <w:bCs/>
                <w:sz w:val="22"/>
                <w:lang w:val="en-GB"/>
              </w:rPr>
            </w:pPr>
          </w:p>
          <w:p w14:paraId="480DCBC2" w14:textId="75098A3A" w:rsidR="00D85583" w:rsidRPr="004962F6" w:rsidRDefault="00E14E0B" w:rsidP="004962F6">
            <w:pPr>
              <w:pStyle w:val="ListParagraph"/>
              <w:numPr>
                <w:ilvl w:val="0"/>
                <w:numId w:val="16"/>
              </w:numPr>
              <w:rPr>
                <w:rFonts w:ascii="Arial" w:hAnsi="Arial" w:cs="Arial"/>
                <w:szCs w:val="20"/>
              </w:rPr>
            </w:pPr>
            <w:r w:rsidRPr="004962F6">
              <w:rPr>
                <w:rFonts w:ascii="Arial" w:hAnsi="Arial" w:cs="Arial"/>
                <w:szCs w:val="20"/>
              </w:rPr>
              <w:t>Details of</w:t>
            </w:r>
            <w:r w:rsidR="00D85583" w:rsidRPr="004962F6">
              <w:rPr>
                <w:rFonts w:ascii="Arial" w:hAnsi="Arial" w:cs="Arial"/>
                <w:szCs w:val="20"/>
              </w:rPr>
              <w:t xml:space="preserve"> what the project will deliver</w:t>
            </w:r>
          </w:p>
          <w:p w14:paraId="7606E126" w14:textId="544EAEE9" w:rsidR="002E3985" w:rsidRPr="003936D7" w:rsidRDefault="002E3985" w:rsidP="002E3985">
            <w:pPr>
              <w:rPr>
                <w:rFonts w:ascii="Arial" w:hAnsi="Arial" w:cs="Arial"/>
                <w:b/>
                <w:bCs/>
                <w:sz w:val="22"/>
                <w:lang w:val="en-GB"/>
              </w:rPr>
            </w:pPr>
          </w:p>
        </w:tc>
      </w:tr>
      <w:tr w:rsidR="002E3985" w:rsidRPr="003936D7" w14:paraId="53EFB6EF" w14:textId="77777777" w:rsidTr="00F419CB">
        <w:trPr>
          <w:trHeight w:val="1539"/>
        </w:trPr>
        <w:sdt>
          <w:sdtPr>
            <w:rPr>
              <w:rFonts w:ascii="Arial" w:hAnsi="Arial" w:cs="Arial"/>
              <w:sz w:val="22"/>
            </w:rPr>
            <w:id w:val="2022354394"/>
            <w:placeholder>
              <w:docPart w:val="4C4B5D9FDB464287A9F1A407555F784D"/>
            </w:placeholder>
            <w:showingPlcHdr/>
            <w:text/>
          </w:sdtPr>
          <w:sdtContent>
            <w:tc>
              <w:tcPr>
                <w:tcW w:w="9753" w:type="dxa"/>
              </w:tcPr>
              <w:p w14:paraId="535A8D68" w14:textId="77777777" w:rsidR="002E3985" w:rsidRPr="003936D7" w:rsidRDefault="002E3985">
                <w:pPr>
                  <w:rPr>
                    <w:rFonts w:ascii="Arial" w:hAnsi="Arial" w:cs="Arial"/>
                    <w:b/>
                    <w:bCs/>
                    <w:sz w:val="22"/>
                  </w:rPr>
                </w:pPr>
                <w:r w:rsidRPr="003936D7">
                  <w:rPr>
                    <w:rStyle w:val="PlaceholderText"/>
                    <w:rFonts w:ascii="Arial" w:hAnsi="Arial" w:cs="Arial"/>
                    <w:sz w:val="22"/>
                  </w:rPr>
                  <w:t>Click or tap here to enter text.</w:t>
                </w:r>
              </w:p>
            </w:tc>
          </w:sdtContent>
        </w:sdt>
      </w:tr>
      <w:tr w:rsidR="002E3985" w:rsidRPr="003936D7" w14:paraId="7E14A5B3" w14:textId="77777777" w:rsidTr="006B6F0E">
        <w:trPr>
          <w:trHeight w:val="369"/>
        </w:trPr>
        <w:tc>
          <w:tcPr>
            <w:tcW w:w="9753" w:type="dxa"/>
          </w:tcPr>
          <w:p w14:paraId="0BDD9072" w14:textId="514A9F4D" w:rsidR="000737D0" w:rsidRPr="003936D7" w:rsidRDefault="00D85583" w:rsidP="000737D0">
            <w:pPr>
              <w:rPr>
                <w:rFonts w:ascii="Arial" w:hAnsi="Arial" w:cs="Arial"/>
                <w:b/>
                <w:bCs/>
                <w:sz w:val="22"/>
                <w:lang w:val="en-GB"/>
              </w:rPr>
            </w:pPr>
            <w:r w:rsidRPr="003936D7">
              <w:rPr>
                <w:rFonts w:ascii="Arial" w:hAnsi="Arial" w:cs="Arial"/>
                <w:b/>
                <w:bCs/>
                <w:sz w:val="22"/>
                <w:lang w:val="en-GB"/>
              </w:rPr>
              <w:t>Benefits &amp; Outcomes</w:t>
            </w:r>
            <w:r w:rsidR="00BA6700" w:rsidRPr="003936D7">
              <w:rPr>
                <w:rFonts w:ascii="Arial" w:hAnsi="Arial" w:cs="Arial"/>
                <w:b/>
                <w:bCs/>
                <w:sz w:val="22"/>
                <w:lang w:val="en-GB"/>
              </w:rPr>
              <w:t>:</w:t>
            </w:r>
          </w:p>
          <w:p w14:paraId="1D7A4DD3" w14:textId="77777777" w:rsidR="00BA6700" w:rsidRPr="003936D7" w:rsidRDefault="00BA6700" w:rsidP="000737D0">
            <w:pPr>
              <w:rPr>
                <w:rFonts w:ascii="Arial" w:hAnsi="Arial" w:cs="Arial"/>
                <w:b/>
                <w:bCs/>
                <w:sz w:val="22"/>
              </w:rPr>
            </w:pPr>
          </w:p>
          <w:p w14:paraId="4D2F069D" w14:textId="36CE2550" w:rsidR="000737D0" w:rsidRPr="004962F6" w:rsidRDefault="000737D0" w:rsidP="00E14E0B">
            <w:pPr>
              <w:pStyle w:val="ListParagraph"/>
              <w:numPr>
                <w:ilvl w:val="0"/>
                <w:numId w:val="15"/>
              </w:numPr>
              <w:rPr>
                <w:rFonts w:ascii="Arial" w:hAnsi="Arial" w:cs="Arial"/>
                <w:szCs w:val="20"/>
              </w:rPr>
            </w:pPr>
            <w:r w:rsidRPr="004962F6">
              <w:rPr>
                <w:rFonts w:ascii="Arial" w:hAnsi="Arial" w:cs="Arial"/>
                <w:szCs w:val="20"/>
              </w:rPr>
              <w:t>What will the direct impact of this proposal be on individuals?</w:t>
            </w:r>
          </w:p>
          <w:p w14:paraId="201D952C" w14:textId="77777777" w:rsidR="000737D0" w:rsidRPr="004962F6" w:rsidRDefault="000737D0" w:rsidP="00E14E0B">
            <w:pPr>
              <w:pStyle w:val="ListParagraph"/>
              <w:numPr>
                <w:ilvl w:val="0"/>
                <w:numId w:val="15"/>
              </w:numPr>
              <w:rPr>
                <w:rFonts w:ascii="Arial" w:hAnsi="Arial" w:cs="Arial"/>
                <w:szCs w:val="20"/>
                <w:lang w:val="en-GB"/>
              </w:rPr>
            </w:pPr>
            <w:r w:rsidRPr="004962F6">
              <w:rPr>
                <w:rFonts w:ascii="Arial" w:hAnsi="Arial" w:cs="Arial"/>
                <w:szCs w:val="20"/>
                <w:lang w:val="en-GB"/>
              </w:rPr>
              <w:t>How many people does it target?</w:t>
            </w:r>
          </w:p>
          <w:p w14:paraId="29F06E2F" w14:textId="77777777" w:rsidR="000737D0" w:rsidRPr="004962F6" w:rsidRDefault="000737D0" w:rsidP="00E14E0B">
            <w:pPr>
              <w:pStyle w:val="ListParagraph"/>
              <w:numPr>
                <w:ilvl w:val="0"/>
                <w:numId w:val="15"/>
              </w:numPr>
              <w:rPr>
                <w:rFonts w:ascii="Arial" w:hAnsi="Arial" w:cs="Arial"/>
                <w:szCs w:val="20"/>
                <w:lang w:val="en-GB"/>
              </w:rPr>
            </w:pPr>
            <w:r w:rsidRPr="004962F6">
              <w:rPr>
                <w:rFonts w:ascii="Arial" w:hAnsi="Arial" w:cs="Arial"/>
                <w:szCs w:val="20"/>
                <w:lang w:val="en-GB"/>
              </w:rPr>
              <w:t>What is the wider community benefit?</w:t>
            </w:r>
          </w:p>
          <w:p w14:paraId="07BFD991" w14:textId="77777777" w:rsidR="000737D0" w:rsidRPr="004962F6" w:rsidRDefault="000737D0" w:rsidP="00E14E0B">
            <w:pPr>
              <w:pStyle w:val="ListParagraph"/>
              <w:numPr>
                <w:ilvl w:val="0"/>
                <w:numId w:val="15"/>
              </w:numPr>
              <w:rPr>
                <w:rFonts w:ascii="Arial" w:hAnsi="Arial" w:cs="Arial"/>
                <w:szCs w:val="20"/>
                <w:lang w:val="en-GB"/>
              </w:rPr>
            </w:pPr>
            <w:r w:rsidRPr="004962F6">
              <w:rPr>
                <w:rFonts w:ascii="Arial" w:hAnsi="Arial" w:cs="Arial"/>
                <w:szCs w:val="20"/>
                <w:lang w:val="en-GB"/>
              </w:rPr>
              <w:t>Include things like:</w:t>
            </w:r>
          </w:p>
          <w:p w14:paraId="660A5701" w14:textId="77777777" w:rsidR="000737D0" w:rsidRPr="004962F6" w:rsidRDefault="000737D0" w:rsidP="00E14E0B">
            <w:pPr>
              <w:pStyle w:val="ListParagraph"/>
              <w:numPr>
                <w:ilvl w:val="0"/>
                <w:numId w:val="15"/>
              </w:numPr>
              <w:rPr>
                <w:rFonts w:ascii="Arial" w:hAnsi="Arial" w:cs="Arial"/>
                <w:szCs w:val="20"/>
                <w:lang w:val="en-GB"/>
              </w:rPr>
            </w:pPr>
            <w:r w:rsidRPr="004962F6">
              <w:rPr>
                <w:rFonts w:ascii="Arial" w:hAnsi="Arial" w:cs="Arial"/>
                <w:szCs w:val="20"/>
                <w:lang w:val="en-GB"/>
              </w:rPr>
              <w:t>Proposed and measurable benefits</w:t>
            </w:r>
          </w:p>
          <w:p w14:paraId="35B8BE92" w14:textId="77777777" w:rsidR="000737D0" w:rsidRPr="004962F6" w:rsidRDefault="000737D0" w:rsidP="00E14E0B">
            <w:pPr>
              <w:pStyle w:val="ListParagraph"/>
              <w:numPr>
                <w:ilvl w:val="0"/>
                <w:numId w:val="15"/>
              </w:numPr>
              <w:rPr>
                <w:rFonts w:ascii="Arial" w:hAnsi="Arial" w:cs="Arial"/>
                <w:szCs w:val="20"/>
                <w:lang w:val="en-GB"/>
              </w:rPr>
            </w:pPr>
            <w:r w:rsidRPr="004962F6">
              <w:rPr>
                <w:rFonts w:ascii="Arial" w:hAnsi="Arial" w:cs="Arial"/>
                <w:szCs w:val="20"/>
                <w:lang w:val="en-GB"/>
              </w:rPr>
              <w:t>Key Performance Indicators (KPI’s)</w:t>
            </w:r>
          </w:p>
          <w:p w14:paraId="52BE9554" w14:textId="77777777" w:rsidR="002E3985" w:rsidRPr="004962F6" w:rsidRDefault="000737D0" w:rsidP="00E14E0B">
            <w:pPr>
              <w:pStyle w:val="ListParagraph"/>
              <w:numPr>
                <w:ilvl w:val="0"/>
                <w:numId w:val="15"/>
              </w:numPr>
              <w:rPr>
                <w:rFonts w:ascii="Arial" w:hAnsi="Arial" w:cs="Arial"/>
                <w:b/>
                <w:bCs/>
                <w:szCs w:val="20"/>
                <w:lang w:val="en-GB"/>
              </w:rPr>
            </w:pPr>
            <w:r w:rsidRPr="004962F6">
              <w:rPr>
                <w:rFonts w:ascii="Arial" w:hAnsi="Arial" w:cs="Arial"/>
                <w:szCs w:val="20"/>
                <w:lang w:val="en-GB"/>
              </w:rPr>
              <w:t>How many people will it support</w:t>
            </w:r>
          </w:p>
          <w:p w14:paraId="63CB01E5" w14:textId="7FB2B5E4" w:rsidR="00E14E0B" w:rsidRPr="003936D7" w:rsidRDefault="00E14E0B" w:rsidP="00E14E0B">
            <w:pPr>
              <w:pStyle w:val="ListParagraph"/>
              <w:rPr>
                <w:rFonts w:ascii="Arial" w:hAnsi="Arial" w:cs="Arial"/>
                <w:b/>
                <w:bCs/>
                <w:sz w:val="22"/>
                <w:lang w:val="en-GB"/>
              </w:rPr>
            </w:pPr>
          </w:p>
        </w:tc>
      </w:tr>
      <w:tr w:rsidR="002E3985" w:rsidRPr="003936D7" w14:paraId="37451002" w14:textId="77777777" w:rsidTr="00F419CB">
        <w:trPr>
          <w:trHeight w:val="1497"/>
        </w:trPr>
        <w:sdt>
          <w:sdtPr>
            <w:rPr>
              <w:rFonts w:ascii="Arial" w:hAnsi="Arial" w:cs="Arial"/>
              <w:sz w:val="22"/>
            </w:rPr>
            <w:id w:val="-1743780018"/>
            <w:placeholder>
              <w:docPart w:val="56936C3118F14F3CAD39547EB91B794E"/>
            </w:placeholder>
            <w:showingPlcHdr/>
            <w:text/>
          </w:sdtPr>
          <w:sdtContent>
            <w:tc>
              <w:tcPr>
                <w:tcW w:w="9753" w:type="dxa"/>
              </w:tcPr>
              <w:p w14:paraId="7925B95D" w14:textId="77777777" w:rsidR="002E3985" w:rsidRPr="003936D7" w:rsidRDefault="002E3985">
                <w:pPr>
                  <w:rPr>
                    <w:rFonts w:ascii="Arial" w:hAnsi="Arial" w:cs="Arial"/>
                    <w:b/>
                    <w:bCs/>
                    <w:sz w:val="22"/>
                  </w:rPr>
                </w:pPr>
                <w:r w:rsidRPr="003936D7">
                  <w:rPr>
                    <w:rStyle w:val="PlaceholderText"/>
                    <w:rFonts w:ascii="Arial" w:hAnsi="Arial" w:cs="Arial"/>
                    <w:sz w:val="22"/>
                  </w:rPr>
                  <w:t>Click or tap here to enter text.</w:t>
                </w:r>
              </w:p>
            </w:tc>
          </w:sdtContent>
        </w:sdt>
      </w:tr>
    </w:tbl>
    <w:p w14:paraId="240AA57D" w14:textId="5C774299" w:rsidR="00F1210F" w:rsidRDefault="00F1210F" w:rsidP="00F419CB">
      <w:pPr>
        <w:pStyle w:val="Heading1"/>
        <w:jc w:val="center"/>
        <w:rPr>
          <w:rFonts w:ascii="Arial" w:hAnsi="Arial" w:cs="Arial"/>
        </w:rPr>
      </w:pPr>
      <w:r w:rsidRPr="00F1210F">
        <w:rPr>
          <w:rFonts w:ascii="Arial" w:hAnsi="Arial" w:cs="Arial"/>
        </w:rPr>
        <w:t>Delivery and Implementation</w:t>
      </w:r>
      <w:r>
        <w:rPr>
          <w:rFonts w:ascii="Arial" w:hAnsi="Arial" w:cs="Arial"/>
        </w:rPr>
        <w:t>:</w:t>
      </w:r>
    </w:p>
    <w:p w14:paraId="2C1CA5B9" w14:textId="77777777" w:rsidR="00F419CB" w:rsidRPr="00F419CB" w:rsidRDefault="00F419CB" w:rsidP="00F419CB"/>
    <w:tbl>
      <w:tblPr>
        <w:tblStyle w:val="TableGrid"/>
        <w:tblW w:w="9753" w:type="dxa"/>
        <w:tblInd w:w="-147" w:type="dxa"/>
        <w:tblLook w:val="04A0" w:firstRow="1" w:lastRow="0" w:firstColumn="1" w:lastColumn="0" w:noHBand="0" w:noVBand="1"/>
      </w:tblPr>
      <w:tblGrid>
        <w:gridCol w:w="9753"/>
      </w:tblGrid>
      <w:tr w:rsidR="007D5E73" w:rsidRPr="000737D0" w14:paraId="111FE4FF" w14:textId="77777777">
        <w:trPr>
          <w:trHeight w:val="369"/>
        </w:trPr>
        <w:tc>
          <w:tcPr>
            <w:tcW w:w="9753" w:type="dxa"/>
          </w:tcPr>
          <w:p w14:paraId="46E2397B" w14:textId="77777777" w:rsidR="007D5E73" w:rsidRDefault="007D5E73">
            <w:pPr>
              <w:rPr>
                <w:rFonts w:ascii="Arial" w:hAnsi="Arial" w:cs="Arial"/>
                <w:b/>
                <w:bCs/>
                <w:sz w:val="22"/>
                <w:lang w:val="en-GB"/>
              </w:rPr>
            </w:pPr>
            <w:r w:rsidRPr="00E45C1F">
              <w:rPr>
                <w:rFonts w:ascii="Arial" w:hAnsi="Arial" w:cs="Arial"/>
                <w:b/>
                <w:bCs/>
                <w:sz w:val="22"/>
                <w:lang w:val="en-GB"/>
              </w:rPr>
              <w:t>Links to other Projects</w:t>
            </w:r>
          </w:p>
          <w:p w14:paraId="6FC4028A" w14:textId="77777777" w:rsidR="007D5E73" w:rsidRDefault="007D5E73">
            <w:pPr>
              <w:rPr>
                <w:rFonts w:ascii="Arial" w:hAnsi="Arial" w:cs="Arial"/>
                <w:b/>
                <w:bCs/>
                <w:sz w:val="22"/>
                <w:lang w:val="en-GB"/>
              </w:rPr>
            </w:pPr>
          </w:p>
          <w:p w14:paraId="4DA266B0" w14:textId="77777777" w:rsidR="007D5E73" w:rsidRPr="004962F6" w:rsidRDefault="007D5E73" w:rsidP="004962F6">
            <w:pPr>
              <w:pStyle w:val="ListParagraph"/>
              <w:numPr>
                <w:ilvl w:val="0"/>
                <w:numId w:val="17"/>
              </w:numPr>
              <w:rPr>
                <w:rFonts w:ascii="Arial" w:hAnsi="Arial" w:cs="Arial"/>
                <w:szCs w:val="20"/>
                <w:lang w:val="en-GB"/>
              </w:rPr>
            </w:pPr>
            <w:r w:rsidRPr="004962F6">
              <w:rPr>
                <w:rFonts w:ascii="Arial" w:hAnsi="Arial" w:cs="Arial"/>
                <w:szCs w:val="20"/>
                <w:lang w:val="en-GB"/>
              </w:rPr>
              <w:t>Does this project build on anything that is already being delivered?</w:t>
            </w:r>
          </w:p>
          <w:p w14:paraId="6A4A3FD5" w14:textId="77777777" w:rsidR="007D5E73" w:rsidRPr="004962F6" w:rsidRDefault="007D5E73" w:rsidP="004962F6">
            <w:pPr>
              <w:pStyle w:val="ListParagraph"/>
              <w:numPr>
                <w:ilvl w:val="0"/>
                <w:numId w:val="17"/>
              </w:numPr>
              <w:rPr>
                <w:rFonts w:ascii="Arial" w:hAnsi="Arial" w:cs="Arial"/>
                <w:szCs w:val="20"/>
                <w:lang w:val="en-GB"/>
              </w:rPr>
            </w:pPr>
            <w:r w:rsidRPr="004962F6">
              <w:rPr>
                <w:rFonts w:ascii="Arial" w:hAnsi="Arial" w:cs="Arial"/>
                <w:szCs w:val="20"/>
                <w:lang w:val="en-GB"/>
              </w:rPr>
              <w:t>Does it align to or compliment any other projects in the local area?</w:t>
            </w:r>
          </w:p>
          <w:p w14:paraId="3D7FBCAD" w14:textId="77777777" w:rsidR="007D5E73" w:rsidRPr="00E45C1F" w:rsidRDefault="007D5E73">
            <w:pPr>
              <w:rPr>
                <w:rFonts w:ascii="Arial" w:hAnsi="Arial" w:cs="Arial"/>
                <w:b/>
                <w:bCs/>
                <w:sz w:val="22"/>
                <w:lang w:val="en-GB"/>
              </w:rPr>
            </w:pPr>
          </w:p>
          <w:p w14:paraId="6875FAB5" w14:textId="77777777" w:rsidR="007D5E73" w:rsidRPr="000737D0" w:rsidRDefault="007D5E73">
            <w:pPr>
              <w:rPr>
                <w:rFonts w:ascii="Arial" w:hAnsi="Arial" w:cs="Arial"/>
                <w:b/>
                <w:bCs/>
                <w:sz w:val="22"/>
                <w:lang w:val="en-GB"/>
              </w:rPr>
            </w:pPr>
          </w:p>
        </w:tc>
      </w:tr>
      <w:tr w:rsidR="007D5E73" w:rsidRPr="000737D0" w14:paraId="26C0D827" w14:textId="77777777">
        <w:trPr>
          <w:trHeight w:val="1469"/>
        </w:trPr>
        <w:sdt>
          <w:sdtPr>
            <w:rPr>
              <w:rFonts w:ascii="Arial" w:hAnsi="Arial" w:cs="Arial"/>
              <w:sz w:val="22"/>
            </w:rPr>
            <w:id w:val="-896207076"/>
            <w:placeholder>
              <w:docPart w:val="84FFDCCC4FA14D669CCF60621D048866"/>
            </w:placeholder>
            <w:showingPlcHdr/>
            <w:text/>
          </w:sdtPr>
          <w:sdtContent>
            <w:tc>
              <w:tcPr>
                <w:tcW w:w="9753" w:type="dxa"/>
              </w:tcPr>
              <w:p w14:paraId="0FA0CC0D" w14:textId="77777777" w:rsidR="007D5E73" w:rsidRPr="000737D0" w:rsidRDefault="007D5E73">
                <w:pPr>
                  <w:rPr>
                    <w:rFonts w:ascii="Arial" w:hAnsi="Arial" w:cs="Arial"/>
                    <w:b/>
                    <w:bCs/>
                    <w:sz w:val="22"/>
                  </w:rPr>
                </w:pPr>
                <w:r w:rsidRPr="000737D0">
                  <w:rPr>
                    <w:rStyle w:val="PlaceholderText"/>
                    <w:rFonts w:ascii="Arial" w:hAnsi="Arial" w:cs="Arial"/>
                    <w:sz w:val="22"/>
                  </w:rPr>
                  <w:t>Click or tap here to enter text.</w:t>
                </w:r>
              </w:p>
            </w:tc>
          </w:sdtContent>
        </w:sdt>
      </w:tr>
      <w:tr w:rsidR="007D5E73" w:rsidRPr="000737D0" w14:paraId="79AE5C7B" w14:textId="77777777">
        <w:trPr>
          <w:trHeight w:val="369"/>
        </w:trPr>
        <w:tc>
          <w:tcPr>
            <w:tcW w:w="9753" w:type="dxa"/>
          </w:tcPr>
          <w:p w14:paraId="4F312A4E" w14:textId="77777777" w:rsidR="007D5E73" w:rsidRPr="00E45C1F" w:rsidRDefault="007D5E73">
            <w:pPr>
              <w:rPr>
                <w:rFonts w:ascii="Arial" w:hAnsi="Arial" w:cs="Arial"/>
                <w:b/>
                <w:bCs/>
                <w:sz w:val="22"/>
                <w:lang w:val="en-GB"/>
              </w:rPr>
            </w:pPr>
            <w:r w:rsidRPr="00E45C1F">
              <w:rPr>
                <w:rFonts w:ascii="Arial" w:hAnsi="Arial" w:cs="Arial"/>
                <w:b/>
                <w:bCs/>
                <w:sz w:val="22"/>
                <w:lang w:val="en-GB"/>
              </w:rPr>
              <w:t>Requirements to deliver</w:t>
            </w:r>
          </w:p>
          <w:p w14:paraId="2C30DFE2" w14:textId="77777777" w:rsidR="007D5E73" w:rsidRDefault="007D5E73">
            <w:pPr>
              <w:rPr>
                <w:rFonts w:ascii="Arial" w:hAnsi="Arial" w:cs="Arial"/>
                <w:b/>
                <w:bCs/>
                <w:sz w:val="22"/>
                <w:lang w:val="en-GB"/>
              </w:rPr>
            </w:pPr>
          </w:p>
          <w:p w14:paraId="6A09AA01" w14:textId="77777777" w:rsidR="007D5E73" w:rsidRPr="004962F6" w:rsidRDefault="007D5E73" w:rsidP="004962F6">
            <w:pPr>
              <w:pStyle w:val="ListParagraph"/>
              <w:numPr>
                <w:ilvl w:val="0"/>
                <w:numId w:val="18"/>
              </w:numPr>
              <w:rPr>
                <w:rFonts w:ascii="Arial" w:hAnsi="Arial" w:cs="Arial"/>
                <w:szCs w:val="20"/>
                <w:lang w:val="en-GB"/>
              </w:rPr>
            </w:pPr>
            <w:r w:rsidRPr="004962F6">
              <w:rPr>
                <w:rFonts w:ascii="Arial" w:hAnsi="Arial" w:cs="Arial"/>
                <w:szCs w:val="20"/>
                <w:lang w:val="en-GB"/>
              </w:rPr>
              <w:t>How will the project be delivered/operate?</w:t>
            </w:r>
          </w:p>
          <w:p w14:paraId="0FCBDE74" w14:textId="77777777" w:rsidR="007D5E73" w:rsidRPr="004962F6" w:rsidRDefault="007D5E73" w:rsidP="004962F6">
            <w:pPr>
              <w:pStyle w:val="ListParagraph"/>
              <w:numPr>
                <w:ilvl w:val="0"/>
                <w:numId w:val="18"/>
              </w:numPr>
              <w:rPr>
                <w:rFonts w:ascii="Arial" w:hAnsi="Arial" w:cs="Arial"/>
                <w:szCs w:val="20"/>
                <w:lang w:val="en-GB"/>
              </w:rPr>
            </w:pPr>
            <w:r w:rsidRPr="004962F6">
              <w:rPr>
                <w:rFonts w:ascii="Arial" w:hAnsi="Arial" w:cs="Arial"/>
                <w:szCs w:val="20"/>
                <w:lang w:val="en-GB"/>
              </w:rPr>
              <w:t>Are there specific staff/resources allocated to this work, is new technology needed, or accommodation?</w:t>
            </w:r>
          </w:p>
          <w:p w14:paraId="1B21C5CF" w14:textId="77777777" w:rsidR="007D5E73" w:rsidRPr="000737D0" w:rsidRDefault="007D5E73">
            <w:pPr>
              <w:rPr>
                <w:rFonts w:ascii="Arial" w:hAnsi="Arial" w:cs="Arial"/>
                <w:b/>
                <w:bCs/>
                <w:sz w:val="22"/>
                <w:lang w:val="en-GB"/>
              </w:rPr>
            </w:pPr>
          </w:p>
        </w:tc>
      </w:tr>
      <w:tr w:rsidR="007D5E73" w:rsidRPr="000737D0" w14:paraId="042DF157" w14:textId="77777777">
        <w:trPr>
          <w:trHeight w:val="1469"/>
        </w:trPr>
        <w:sdt>
          <w:sdtPr>
            <w:rPr>
              <w:rFonts w:ascii="Arial" w:hAnsi="Arial" w:cs="Arial"/>
              <w:sz w:val="22"/>
            </w:rPr>
            <w:id w:val="-197472761"/>
            <w:placeholder>
              <w:docPart w:val="506D1D27468E4DA196D1B973A65517A5"/>
            </w:placeholder>
            <w:showingPlcHdr/>
            <w:text/>
          </w:sdtPr>
          <w:sdtContent>
            <w:tc>
              <w:tcPr>
                <w:tcW w:w="9753" w:type="dxa"/>
              </w:tcPr>
              <w:p w14:paraId="311EC30F" w14:textId="77777777" w:rsidR="007D5E73" w:rsidRPr="000737D0" w:rsidRDefault="007D5E73">
                <w:pPr>
                  <w:rPr>
                    <w:rFonts w:ascii="Arial" w:hAnsi="Arial" w:cs="Arial"/>
                    <w:b/>
                    <w:bCs/>
                    <w:sz w:val="22"/>
                  </w:rPr>
                </w:pPr>
                <w:r w:rsidRPr="000737D0">
                  <w:rPr>
                    <w:rStyle w:val="PlaceholderText"/>
                    <w:rFonts w:ascii="Arial" w:hAnsi="Arial" w:cs="Arial"/>
                    <w:sz w:val="22"/>
                  </w:rPr>
                  <w:t>Click or tap here to enter text.</w:t>
                </w:r>
              </w:p>
            </w:tc>
          </w:sdtContent>
        </w:sdt>
      </w:tr>
      <w:tr w:rsidR="007D5E73" w:rsidRPr="000737D0" w14:paraId="0490539B" w14:textId="77777777">
        <w:trPr>
          <w:trHeight w:val="369"/>
        </w:trPr>
        <w:tc>
          <w:tcPr>
            <w:tcW w:w="9753" w:type="dxa"/>
          </w:tcPr>
          <w:p w14:paraId="719056BE" w14:textId="77777777" w:rsidR="007D5E73" w:rsidRPr="004F2F06" w:rsidRDefault="007D5E73">
            <w:pPr>
              <w:rPr>
                <w:rFonts w:ascii="Arial" w:hAnsi="Arial" w:cs="Arial"/>
                <w:b/>
                <w:bCs/>
                <w:sz w:val="22"/>
                <w:lang w:val="en-GB"/>
              </w:rPr>
            </w:pPr>
            <w:r w:rsidRPr="004F2F06">
              <w:rPr>
                <w:rFonts w:ascii="Arial" w:hAnsi="Arial" w:cs="Arial"/>
                <w:b/>
                <w:bCs/>
                <w:sz w:val="22"/>
                <w:lang w:val="en-GB"/>
              </w:rPr>
              <w:t>Timescales/Key Milestones</w:t>
            </w:r>
          </w:p>
          <w:p w14:paraId="495CA372" w14:textId="77777777" w:rsidR="007D5E73" w:rsidRDefault="007D5E73">
            <w:pPr>
              <w:rPr>
                <w:rFonts w:ascii="Arial" w:hAnsi="Arial" w:cs="Arial"/>
                <w:b/>
                <w:bCs/>
                <w:sz w:val="22"/>
                <w:lang w:val="en-GB"/>
              </w:rPr>
            </w:pPr>
          </w:p>
          <w:p w14:paraId="01F71FF7" w14:textId="77777777" w:rsidR="007D5E73" w:rsidRPr="004962F6" w:rsidRDefault="007D5E73" w:rsidP="004962F6">
            <w:pPr>
              <w:pStyle w:val="ListParagraph"/>
              <w:numPr>
                <w:ilvl w:val="0"/>
                <w:numId w:val="19"/>
              </w:numPr>
              <w:rPr>
                <w:rFonts w:ascii="Arial" w:hAnsi="Arial" w:cs="Arial"/>
                <w:szCs w:val="20"/>
                <w:lang w:val="en-GB"/>
              </w:rPr>
            </w:pPr>
            <w:r w:rsidRPr="004962F6">
              <w:rPr>
                <w:rFonts w:ascii="Arial" w:hAnsi="Arial" w:cs="Arial"/>
                <w:szCs w:val="20"/>
                <w:lang w:val="en-GB"/>
              </w:rPr>
              <w:t>Provide an indication of:</w:t>
            </w:r>
          </w:p>
          <w:p w14:paraId="0091E827" w14:textId="77777777" w:rsidR="007D5E73" w:rsidRPr="004962F6" w:rsidRDefault="007D5E73" w:rsidP="004962F6">
            <w:pPr>
              <w:pStyle w:val="ListParagraph"/>
              <w:numPr>
                <w:ilvl w:val="0"/>
                <w:numId w:val="19"/>
              </w:numPr>
              <w:rPr>
                <w:rFonts w:ascii="Arial" w:hAnsi="Arial" w:cs="Arial"/>
                <w:szCs w:val="20"/>
                <w:lang w:val="en-GB"/>
              </w:rPr>
            </w:pPr>
            <w:r w:rsidRPr="004962F6">
              <w:rPr>
                <w:rFonts w:ascii="Arial" w:hAnsi="Arial" w:cs="Arial"/>
                <w:szCs w:val="20"/>
              </w:rPr>
              <w:t>How long would it take to get the project up and running</w:t>
            </w:r>
          </w:p>
          <w:p w14:paraId="7883D418" w14:textId="77777777" w:rsidR="007D5E73" w:rsidRPr="004962F6" w:rsidRDefault="007D5E73" w:rsidP="004962F6">
            <w:pPr>
              <w:pStyle w:val="ListParagraph"/>
              <w:numPr>
                <w:ilvl w:val="0"/>
                <w:numId w:val="19"/>
              </w:numPr>
              <w:rPr>
                <w:rFonts w:ascii="Arial" w:hAnsi="Arial" w:cs="Arial"/>
                <w:szCs w:val="20"/>
                <w:lang w:val="en-GB"/>
              </w:rPr>
            </w:pPr>
            <w:r w:rsidRPr="004962F6">
              <w:rPr>
                <w:rFonts w:ascii="Arial" w:hAnsi="Arial" w:cs="Arial"/>
                <w:szCs w:val="20"/>
              </w:rPr>
              <w:t>How long would the project run for</w:t>
            </w:r>
          </w:p>
          <w:p w14:paraId="746C88D5" w14:textId="77777777" w:rsidR="007D5E73" w:rsidRPr="004962F6" w:rsidRDefault="007D5E73" w:rsidP="004962F6">
            <w:pPr>
              <w:pStyle w:val="ListParagraph"/>
              <w:numPr>
                <w:ilvl w:val="0"/>
                <w:numId w:val="19"/>
              </w:numPr>
              <w:rPr>
                <w:rFonts w:ascii="Arial" w:hAnsi="Arial" w:cs="Arial"/>
                <w:szCs w:val="20"/>
                <w:lang w:val="en-GB"/>
              </w:rPr>
            </w:pPr>
            <w:r w:rsidRPr="004962F6">
              <w:rPr>
                <w:rFonts w:ascii="Arial" w:hAnsi="Arial" w:cs="Arial"/>
                <w:szCs w:val="20"/>
              </w:rPr>
              <w:t>When will it be evaluated</w:t>
            </w:r>
          </w:p>
          <w:p w14:paraId="02CA449A" w14:textId="77777777" w:rsidR="007D5E73" w:rsidRPr="004962F6" w:rsidRDefault="007D5E73" w:rsidP="004962F6">
            <w:pPr>
              <w:pStyle w:val="ListParagraph"/>
              <w:numPr>
                <w:ilvl w:val="0"/>
                <w:numId w:val="19"/>
              </w:numPr>
              <w:rPr>
                <w:rFonts w:ascii="Arial" w:hAnsi="Arial" w:cs="Arial"/>
                <w:szCs w:val="20"/>
                <w:lang w:val="en-GB"/>
              </w:rPr>
            </w:pPr>
            <w:r w:rsidRPr="004962F6">
              <w:rPr>
                <w:rFonts w:ascii="Arial" w:hAnsi="Arial" w:cs="Arial"/>
                <w:szCs w:val="20"/>
              </w:rPr>
              <w:t>Is this a pilot project and if so, are there plans to extend it?</w:t>
            </w:r>
          </w:p>
          <w:p w14:paraId="24B666BE" w14:textId="77777777" w:rsidR="007D5E73" w:rsidRPr="000737D0" w:rsidRDefault="007D5E73">
            <w:pPr>
              <w:rPr>
                <w:rFonts w:ascii="Arial" w:hAnsi="Arial" w:cs="Arial"/>
                <w:b/>
                <w:bCs/>
                <w:sz w:val="22"/>
                <w:lang w:val="en-GB"/>
              </w:rPr>
            </w:pPr>
          </w:p>
        </w:tc>
      </w:tr>
      <w:tr w:rsidR="007D5E73" w:rsidRPr="000737D0" w14:paraId="5D5A050B" w14:textId="77777777">
        <w:trPr>
          <w:trHeight w:val="1469"/>
        </w:trPr>
        <w:sdt>
          <w:sdtPr>
            <w:rPr>
              <w:rFonts w:ascii="Arial" w:hAnsi="Arial" w:cs="Arial"/>
              <w:sz w:val="22"/>
            </w:rPr>
            <w:id w:val="-1024789056"/>
            <w:placeholder>
              <w:docPart w:val="324B69742061462A93A0B16436053CCC"/>
            </w:placeholder>
            <w:showingPlcHdr/>
            <w:text/>
          </w:sdtPr>
          <w:sdtContent>
            <w:tc>
              <w:tcPr>
                <w:tcW w:w="9753" w:type="dxa"/>
              </w:tcPr>
              <w:p w14:paraId="2FE41DDA" w14:textId="77777777" w:rsidR="007D5E73" w:rsidRPr="000737D0" w:rsidRDefault="007D5E73">
                <w:pPr>
                  <w:rPr>
                    <w:rFonts w:ascii="Arial" w:hAnsi="Arial" w:cs="Arial"/>
                    <w:b/>
                    <w:bCs/>
                    <w:sz w:val="22"/>
                  </w:rPr>
                </w:pPr>
                <w:r w:rsidRPr="000737D0">
                  <w:rPr>
                    <w:rStyle w:val="PlaceholderText"/>
                    <w:rFonts w:ascii="Arial" w:hAnsi="Arial" w:cs="Arial"/>
                    <w:sz w:val="22"/>
                  </w:rPr>
                  <w:t>Click or tap here to enter text.</w:t>
                </w:r>
              </w:p>
            </w:tc>
          </w:sdtContent>
        </w:sdt>
      </w:tr>
      <w:tr w:rsidR="007D5E73" w:rsidRPr="000737D0" w14:paraId="39FB8476" w14:textId="77777777">
        <w:trPr>
          <w:trHeight w:val="369"/>
        </w:trPr>
        <w:tc>
          <w:tcPr>
            <w:tcW w:w="9753" w:type="dxa"/>
          </w:tcPr>
          <w:p w14:paraId="61805075" w14:textId="77777777" w:rsidR="007D5E73" w:rsidRDefault="007D5E73">
            <w:pPr>
              <w:rPr>
                <w:rFonts w:ascii="Arial" w:hAnsi="Arial" w:cs="Arial"/>
                <w:b/>
                <w:bCs/>
                <w:sz w:val="22"/>
                <w:lang w:val="en-GB"/>
              </w:rPr>
            </w:pPr>
            <w:r w:rsidRPr="004F2F06">
              <w:rPr>
                <w:rFonts w:ascii="Arial" w:hAnsi="Arial" w:cs="Arial"/>
                <w:b/>
                <w:bCs/>
                <w:sz w:val="22"/>
                <w:lang w:val="en-GB"/>
              </w:rPr>
              <w:t>Risks &amp; Mitigations</w:t>
            </w:r>
            <w:r>
              <w:rPr>
                <w:rFonts w:ascii="Arial" w:hAnsi="Arial" w:cs="Arial"/>
                <w:b/>
                <w:bCs/>
                <w:sz w:val="22"/>
                <w:lang w:val="en-GB"/>
              </w:rPr>
              <w:t>:</w:t>
            </w:r>
          </w:p>
          <w:p w14:paraId="129B9410" w14:textId="77777777" w:rsidR="007D5E73" w:rsidRDefault="007D5E73">
            <w:pPr>
              <w:rPr>
                <w:rFonts w:ascii="Arial" w:hAnsi="Arial" w:cs="Arial"/>
                <w:b/>
                <w:bCs/>
                <w:sz w:val="22"/>
              </w:rPr>
            </w:pPr>
          </w:p>
          <w:p w14:paraId="758BF171" w14:textId="77777777" w:rsidR="007D5E73" w:rsidRPr="004962F6" w:rsidRDefault="007D5E73" w:rsidP="004962F6">
            <w:pPr>
              <w:pStyle w:val="ListParagraph"/>
              <w:numPr>
                <w:ilvl w:val="0"/>
                <w:numId w:val="20"/>
              </w:numPr>
              <w:rPr>
                <w:rFonts w:ascii="Arial" w:hAnsi="Arial" w:cs="Arial"/>
                <w:szCs w:val="20"/>
              </w:rPr>
            </w:pPr>
            <w:r w:rsidRPr="004962F6">
              <w:rPr>
                <w:rFonts w:ascii="Arial" w:hAnsi="Arial" w:cs="Arial"/>
                <w:szCs w:val="20"/>
              </w:rPr>
              <w:t>Outline the risks and challenges of implementing the proposal and how these will be mitigated.</w:t>
            </w:r>
          </w:p>
          <w:p w14:paraId="4F3832A3" w14:textId="77777777" w:rsidR="007D5E73" w:rsidRPr="000737D0" w:rsidRDefault="007D5E73">
            <w:pPr>
              <w:rPr>
                <w:rFonts w:ascii="Arial" w:hAnsi="Arial" w:cs="Arial"/>
                <w:b/>
                <w:bCs/>
                <w:sz w:val="22"/>
                <w:lang w:val="en-GB"/>
              </w:rPr>
            </w:pPr>
          </w:p>
        </w:tc>
      </w:tr>
      <w:tr w:rsidR="007D5E73" w:rsidRPr="000737D0" w14:paraId="2F66C88D" w14:textId="77777777">
        <w:trPr>
          <w:trHeight w:val="1469"/>
        </w:trPr>
        <w:sdt>
          <w:sdtPr>
            <w:rPr>
              <w:rFonts w:ascii="Arial" w:hAnsi="Arial" w:cs="Arial"/>
              <w:sz w:val="22"/>
            </w:rPr>
            <w:id w:val="-903758742"/>
            <w:placeholder>
              <w:docPart w:val="8E65DAD8E1764E97B910A49446B6CC26"/>
            </w:placeholder>
            <w:showingPlcHdr/>
            <w:text/>
          </w:sdtPr>
          <w:sdtContent>
            <w:tc>
              <w:tcPr>
                <w:tcW w:w="9753" w:type="dxa"/>
              </w:tcPr>
              <w:p w14:paraId="01157644" w14:textId="77777777" w:rsidR="007D5E73" w:rsidRPr="000737D0" w:rsidRDefault="007D5E73">
                <w:pPr>
                  <w:rPr>
                    <w:rFonts w:ascii="Arial" w:hAnsi="Arial" w:cs="Arial"/>
                    <w:b/>
                    <w:bCs/>
                    <w:sz w:val="22"/>
                  </w:rPr>
                </w:pPr>
                <w:r w:rsidRPr="000737D0">
                  <w:rPr>
                    <w:rStyle w:val="PlaceholderText"/>
                    <w:rFonts w:ascii="Arial" w:hAnsi="Arial" w:cs="Arial"/>
                    <w:sz w:val="22"/>
                  </w:rPr>
                  <w:t>Click or tap here to enter text.</w:t>
                </w:r>
              </w:p>
            </w:tc>
          </w:sdtContent>
        </w:sdt>
      </w:tr>
    </w:tbl>
    <w:p w14:paraId="0DF0E17F" w14:textId="5B65D2EA" w:rsidR="00CE694D" w:rsidRDefault="00CE694D" w:rsidP="00F968B1">
      <w:pPr>
        <w:pStyle w:val="Heading1"/>
        <w:ind w:left="-284"/>
        <w:jc w:val="center"/>
        <w:rPr>
          <w:rFonts w:ascii="Arial" w:hAnsi="Arial" w:cs="Arial"/>
        </w:rPr>
      </w:pPr>
      <w:r w:rsidRPr="00CE694D">
        <w:rPr>
          <w:rFonts w:ascii="Arial" w:hAnsi="Arial" w:cs="Arial"/>
        </w:rPr>
        <w:t>Accessibility, Engagement and Sustainability</w:t>
      </w:r>
    </w:p>
    <w:p w14:paraId="36C8A96F" w14:textId="77777777" w:rsidR="00F968B1" w:rsidRPr="00F968B1" w:rsidRDefault="00F968B1" w:rsidP="00F968B1"/>
    <w:tbl>
      <w:tblPr>
        <w:tblStyle w:val="TableGrid"/>
        <w:tblW w:w="9753" w:type="dxa"/>
        <w:tblInd w:w="-147" w:type="dxa"/>
        <w:tblLook w:val="04A0" w:firstRow="1" w:lastRow="0" w:firstColumn="1" w:lastColumn="0" w:noHBand="0" w:noVBand="1"/>
      </w:tblPr>
      <w:tblGrid>
        <w:gridCol w:w="9753"/>
      </w:tblGrid>
      <w:tr w:rsidR="00855441" w:rsidRPr="000737D0" w14:paraId="2C960284" w14:textId="77777777">
        <w:trPr>
          <w:trHeight w:val="369"/>
        </w:trPr>
        <w:tc>
          <w:tcPr>
            <w:tcW w:w="9753" w:type="dxa"/>
          </w:tcPr>
          <w:p w14:paraId="474D9007" w14:textId="77777777" w:rsidR="00855441" w:rsidRDefault="00855441">
            <w:pPr>
              <w:rPr>
                <w:rFonts w:ascii="Arial" w:hAnsi="Arial" w:cs="Arial"/>
                <w:b/>
                <w:bCs/>
                <w:sz w:val="22"/>
                <w:lang w:val="en-GB"/>
              </w:rPr>
            </w:pPr>
            <w:r w:rsidRPr="006B6F0E">
              <w:rPr>
                <w:rFonts w:ascii="Arial" w:hAnsi="Arial" w:cs="Arial"/>
                <w:b/>
                <w:bCs/>
                <w:sz w:val="22"/>
                <w:lang w:val="en-GB"/>
              </w:rPr>
              <w:t>How will services be accessible and inclusive?</w:t>
            </w:r>
          </w:p>
          <w:p w14:paraId="059B3B7B" w14:textId="77777777" w:rsidR="00855441" w:rsidRDefault="00855441">
            <w:pPr>
              <w:rPr>
                <w:rFonts w:ascii="Arial" w:hAnsi="Arial" w:cs="Arial"/>
                <w:b/>
                <w:bCs/>
                <w:sz w:val="22"/>
                <w:lang w:val="en-GB"/>
              </w:rPr>
            </w:pPr>
          </w:p>
          <w:p w14:paraId="2F45967B" w14:textId="77777777" w:rsidR="00855441" w:rsidRPr="004962F6" w:rsidRDefault="00855441" w:rsidP="004962F6">
            <w:pPr>
              <w:pStyle w:val="ListParagraph"/>
              <w:numPr>
                <w:ilvl w:val="0"/>
                <w:numId w:val="20"/>
              </w:numPr>
              <w:rPr>
                <w:rFonts w:ascii="Arial" w:hAnsi="Arial" w:cs="Arial"/>
                <w:szCs w:val="20"/>
                <w:lang w:val="en-GB"/>
              </w:rPr>
            </w:pPr>
            <w:r w:rsidRPr="004962F6">
              <w:rPr>
                <w:rFonts w:ascii="Arial" w:hAnsi="Arial" w:cs="Arial"/>
                <w:szCs w:val="20"/>
                <w:lang w:val="en-GB"/>
              </w:rPr>
              <w:t>How will people access the service?</w:t>
            </w:r>
          </w:p>
          <w:p w14:paraId="1BAABA63" w14:textId="77777777" w:rsidR="00855441" w:rsidRPr="004962F6" w:rsidRDefault="00855441" w:rsidP="004962F6">
            <w:pPr>
              <w:pStyle w:val="ListParagraph"/>
              <w:numPr>
                <w:ilvl w:val="0"/>
                <w:numId w:val="20"/>
              </w:numPr>
              <w:rPr>
                <w:rFonts w:ascii="Arial" w:hAnsi="Arial" w:cs="Arial"/>
                <w:szCs w:val="20"/>
                <w:lang w:val="en-GB"/>
              </w:rPr>
            </w:pPr>
            <w:r w:rsidRPr="004962F6">
              <w:rPr>
                <w:rFonts w:ascii="Arial" w:hAnsi="Arial" w:cs="Arial"/>
                <w:szCs w:val="20"/>
                <w:lang w:val="en-GB"/>
              </w:rPr>
              <w:t>Will it reach those digitally excluded?</w:t>
            </w:r>
          </w:p>
          <w:p w14:paraId="7FBD294C" w14:textId="77777777" w:rsidR="00855441" w:rsidRPr="004962F6" w:rsidRDefault="00855441" w:rsidP="004962F6">
            <w:pPr>
              <w:pStyle w:val="ListParagraph"/>
              <w:numPr>
                <w:ilvl w:val="0"/>
                <w:numId w:val="20"/>
              </w:numPr>
              <w:rPr>
                <w:rFonts w:ascii="Arial" w:hAnsi="Arial" w:cs="Arial"/>
                <w:szCs w:val="20"/>
                <w:lang w:val="en-GB"/>
              </w:rPr>
            </w:pPr>
            <w:r w:rsidRPr="004962F6">
              <w:rPr>
                <w:rFonts w:ascii="Arial" w:hAnsi="Arial" w:cs="Arial"/>
                <w:szCs w:val="20"/>
                <w:lang w:val="en-GB"/>
              </w:rPr>
              <w:t>How will it reach hard to reach groups?</w:t>
            </w:r>
          </w:p>
          <w:p w14:paraId="16E657CD" w14:textId="77777777" w:rsidR="00855441" w:rsidRPr="004962F6" w:rsidRDefault="00855441" w:rsidP="004962F6">
            <w:pPr>
              <w:pStyle w:val="ListParagraph"/>
              <w:numPr>
                <w:ilvl w:val="0"/>
                <w:numId w:val="20"/>
              </w:numPr>
              <w:rPr>
                <w:rFonts w:ascii="Arial" w:hAnsi="Arial" w:cs="Arial"/>
                <w:szCs w:val="20"/>
                <w:lang w:val="en-GB"/>
              </w:rPr>
            </w:pPr>
            <w:r w:rsidRPr="004962F6">
              <w:rPr>
                <w:rFonts w:ascii="Arial" w:hAnsi="Arial" w:cs="Arial"/>
                <w:szCs w:val="20"/>
                <w:lang w:val="en-GB"/>
              </w:rPr>
              <w:t>Will it provide a face to face service?</w:t>
            </w:r>
          </w:p>
          <w:p w14:paraId="1DC30B72" w14:textId="77777777" w:rsidR="00855441" w:rsidRPr="004962F6" w:rsidRDefault="00855441" w:rsidP="004962F6">
            <w:pPr>
              <w:pStyle w:val="ListParagraph"/>
              <w:numPr>
                <w:ilvl w:val="0"/>
                <w:numId w:val="20"/>
              </w:numPr>
              <w:rPr>
                <w:rFonts w:ascii="Arial" w:hAnsi="Arial" w:cs="Arial"/>
                <w:szCs w:val="20"/>
                <w:lang w:val="en-GB"/>
              </w:rPr>
            </w:pPr>
            <w:r w:rsidRPr="004962F6">
              <w:rPr>
                <w:rFonts w:ascii="Arial" w:hAnsi="Arial" w:cs="Arial"/>
                <w:szCs w:val="20"/>
                <w:lang w:val="en-GB"/>
              </w:rPr>
              <w:t>How will it be inclusive for people with disabilities, support challenges with language or literacy barriers?</w:t>
            </w:r>
          </w:p>
          <w:p w14:paraId="76E43A1B" w14:textId="77777777" w:rsidR="00855441" w:rsidRPr="000737D0" w:rsidRDefault="00855441">
            <w:pPr>
              <w:rPr>
                <w:rFonts w:ascii="Arial" w:hAnsi="Arial" w:cs="Arial"/>
                <w:b/>
                <w:bCs/>
                <w:sz w:val="22"/>
                <w:lang w:val="en-GB"/>
              </w:rPr>
            </w:pPr>
          </w:p>
        </w:tc>
      </w:tr>
      <w:tr w:rsidR="00855441" w:rsidRPr="000737D0" w14:paraId="0825865C" w14:textId="77777777" w:rsidTr="00F968B1">
        <w:trPr>
          <w:trHeight w:val="1592"/>
        </w:trPr>
        <w:sdt>
          <w:sdtPr>
            <w:rPr>
              <w:rFonts w:ascii="Arial" w:hAnsi="Arial" w:cs="Arial"/>
              <w:sz w:val="22"/>
            </w:rPr>
            <w:id w:val="-1910378206"/>
            <w:placeholder>
              <w:docPart w:val="B117E921C6C94E5487D00F43557CC8EB"/>
            </w:placeholder>
            <w:showingPlcHdr/>
            <w:text/>
          </w:sdtPr>
          <w:sdtContent>
            <w:tc>
              <w:tcPr>
                <w:tcW w:w="9753" w:type="dxa"/>
              </w:tcPr>
              <w:p w14:paraId="11EB3A3A" w14:textId="77777777" w:rsidR="00855441" w:rsidRPr="000737D0" w:rsidRDefault="00855441">
                <w:pPr>
                  <w:rPr>
                    <w:rFonts w:ascii="Arial" w:hAnsi="Arial" w:cs="Arial"/>
                    <w:b/>
                    <w:bCs/>
                    <w:sz w:val="22"/>
                  </w:rPr>
                </w:pPr>
                <w:r w:rsidRPr="000737D0">
                  <w:rPr>
                    <w:rStyle w:val="PlaceholderText"/>
                    <w:rFonts w:ascii="Arial" w:hAnsi="Arial" w:cs="Arial"/>
                    <w:sz w:val="22"/>
                  </w:rPr>
                  <w:t>Click or tap here to enter text.</w:t>
                </w:r>
              </w:p>
            </w:tc>
          </w:sdtContent>
        </w:sdt>
      </w:tr>
      <w:tr w:rsidR="00855441" w:rsidRPr="000737D0" w14:paraId="6A602240" w14:textId="77777777">
        <w:trPr>
          <w:trHeight w:val="369"/>
        </w:trPr>
        <w:tc>
          <w:tcPr>
            <w:tcW w:w="9753" w:type="dxa"/>
          </w:tcPr>
          <w:p w14:paraId="764143B9" w14:textId="77777777" w:rsidR="00855441" w:rsidRDefault="00855441">
            <w:pPr>
              <w:rPr>
                <w:rFonts w:ascii="Arial" w:hAnsi="Arial" w:cs="Arial"/>
                <w:b/>
                <w:bCs/>
                <w:sz w:val="22"/>
                <w:lang w:val="en-GB"/>
              </w:rPr>
            </w:pPr>
            <w:r w:rsidRPr="00767340">
              <w:rPr>
                <w:rFonts w:ascii="Arial" w:hAnsi="Arial" w:cs="Arial"/>
                <w:b/>
                <w:bCs/>
                <w:sz w:val="22"/>
                <w:lang w:val="en-GB"/>
              </w:rPr>
              <w:t>Impacts on Partnerships and Community Engagement</w:t>
            </w:r>
          </w:p>
          <w:p w14:paraId="40D0071E" w14:textId="77777777" w:rsidR="00855441" w:rsidRDefault="00855441">
            <w:pPr>
              <w:rPr>
                <w:rFonts w:ascii="Arial" w:hAnsi="Arial" w:cs="Arial"/>
                <w:b/>
                <w:bCs/>
                <w:sz w:val="22"/>
                <w:lang w:val="en-GB"/>
              </w:rPr>
            </w:pPr>
          </w:p>
          <w:p w14:paraId="07ADEDEE" w14:textId="77777777" w:rsidR="00855441" w:rsidRPr="004962F6" w:rsidRDefault="00855441" w:rsidP="004962F6">
            <w:pPr>
              <w:pStyle w:val="ListParagraph"/>
              <w:numPr>
                <w:ilvl w:val="0"/>
                <w:numId w:val="21"/>
              </w:numPr>
              <w:rPr>
                <w:rFonts w:ascii="Arial" w:hAnsi="Arial" w:cs="Arial"/>
                <w:szCs w:val="20"/>
                <w:lang w:val="en-GB"/>
              </w:rPr>
            </w:pPr>
            <w:r w:rsidRPr="004962F6">
              <w:rPr>
                <w:rFonts w:ascii="Arial" w:hAnsi="Arial" w:cs="Arial"/>
                <w:szCs w:val="20"/>
              </w:rPr>
              <w:t>Are there any delivery partners and what are their roles?</w:t>
            </w:r>
          </w:p>
          <w:p w14:paraId="368D89BF" w14:textId="77777777" w:rsidR="00855441" w:rsidRPr="004962F6" w:rsidRDefault="00855441" w:rsidP="004962F6">
            <w:pPr>
              <w:pStyle w:val="ListParagraph"/>
              <w:numPr>
                <w:ilvl w:val="0"/>
                <w:numId w:val="21"/>
              </w:numPr>
              <w:rPr>
                <w:rFonts w:ascii="Arial" w:hAnsi="Arial" w:cs="Arial"/>
                <w:szCs w:val="20"/>
                <w:lang w:val="en-GB"/>
              </w:rPr>
            </w:pPr>
            <w:r w:rsidRPr="004962F6">
              <w:rPr>
                <w:rFonts w:ascii="Arial" w:hAnsi="Arial" w:cs="Arial"/>
                <w:szCs w:val="20"/>
              </w:rPr>
              <w:t>Is there a need for community engagement and involvement?</w:t>
            </w:r>
          </w:p>
          <w:p w14:paraId="6EEA2665" w14:textId="77777777" w:rsidR="00855441" w:rsidRPr="004962F6" w:rsidRDefault="00855441" w:rsidP="004962F6">
            <w:pPr>
              <w:pStyle w:val="ListParagraph"/>
              <w:numPr>
                <w:ilvl w:val="0"/>
                <w:numId w:val="21"/>
              </w:numPr>
              <w:rPr>
                <w:rFonts w:ascii="Arial" w:hAnsi="Arial" w:cs="Arial"/>
                <w:szCs w:val="20"/>
                <w:lang w:val="en-GB"/>
              </w:rPr>
            </w:pPr>
            <w:r w:rsidRPr="004962F6">
              <w:rPr>
                <w:rFonts w:ascii="Arial" w:hAnsi="Arial" w:cs="Arial"/>
                <w:szCs w:val="20"/>
              </w:rPr>
              <w:t>Will/has there been any co-production?</w:t>
            </w:r>
          </w:p>
          <w:p w14:paraId="27CFF1DF" w14:textId="77777777" w:rsidR="00855441" w:rsidRPr="004962F6" w:rsidRDefault="00855441" w:rsidP="004962F6">
            <w:pPr>
              <w:pStyle w:val="ListParagraph"/>
              <w:numPr>
                <w:ilvl w:val="0"/>
                <w:numId w:val="21"/>
              </w:numPr>
              <w:rPr>
                <w:rFonts w:ascii="Arial" w:hAnsi="Arial" w:cs="Arial"/>
                <w:szCs w:val="20"/>
                <w:lang w:val="en-GB"/>
              </w:rPr>
            </w:pPr>
            <w:r w:rsidRPr="004962F6">
              <w:rPr>
                <w:rFonts w:ascii="Arial" w:hAnsi="Arial" w:cs="Arial"/>
                <w:szCs w:val="20"/>
              </w:rPr>
              <w:t>What will be the impact on partners</w:t>
            </w:r>
          </w:p>
          <w:p w14:paraId="6F7EB12E" w14:textId="77777777" w:rsidR="00855441" w:rsidRPr="000737D0" w:rsidRDefault="00855441">
            <w:pPr>
              <w:rPr>
                <w:rFonts w:ascii="Arial" w:hAnsi="Arial" w:cs="Arial"/>
                <w:b/>
                <w:bCs/>
                <w:sz w:val="22"/>
                <w:lang w:val="en-GB"/>
              </w:rPr>
            </w:pPr>
          </w:p>
        </w:tc>
      </w:tr>
      <w:tr w:rsidR="00855441" w:rsidRPr="000737D0" w14:paraId="2854CC32" w14:textId="77777777" w:rsidTr="00F968B1">
        <w:trPr>
          <w:trHeight w:val="1668"/>
        </w:trPr>
        <w:sdt>
          <w:sdtPr>
            <w:rPr>
              <w:rFonts w:ascii="Arial" w:hAnsi="Arial" w:cs="Arial"/>
              <w:sz w:val="22"/>
            </w:rPr>
            <w:id w:val="11813443"/>
            <w:placeholder>
              <w:docPart w:val="44B013BCE474458D8E18406755B2BBEC"/>
            </w:placeholder>
            <w:showingPlcHdr/>
            <w:text/>
          </w:sdtPr>
          <w:sdtContent>
            <w:tc>
              <w:tcPr>
                <w:tcW w:w="9753" w:type="dxa"/>
              </w:tcPr>
              <w:p w14:paraId="050EEADD" w14:textId="77777777" w:rsidR="00855441" w:rsidRPr="000737D0" w:rsidRDefault="00855441">
                <w:pPr>
                  <w:rPr>
                    <w:rFonts w:ascii="Arial" w:hAnsi="Arial" w:cs="Arial"/>
                    <w:b/>
                    <w:bCs/>
                    <w:sz w:val="22"/>
                  </w:rPr>
                </w:pPr>
                <w:r w:rsidRPr="000737D0">
                  <w:rPr>
                    <w:rStyle w:val="PlaceholderText"/>
                    <w:rFonts w:ascii="Arial" w:hAnsi="Arial" w:cs="Arial"/>
                    <w:sz w:val="22"/>
                  </w:rPr>
                  <w:t>Click or tap here to enter text.</w:t>
                </w:r>
              </w:p>
            </w:tc>
          </w:sdtContent>
        </w:sdt>
      </w:tr>
      <w:tr w:rsidR="00855441" w:rsidRPr="000737D0" w14:paraId="4F8FC094" w14:textId="77777777">
        <w:trPr>
          <w:trHeight w:val="369"/>
        </w:trPr>
        <w:tc>
          <w:tcPr>
            <w:tcW w:w="9753" w:type="dxa"/>
          </w:tcPr>
          <w:p w14:paraId="582A5E93" w14:textId="77777777" w:rsidR="00855441" w:rsidRDefault="00855441">
            <w:pPr>
              <w:rPr>
                <w:rFonts w:ascii="Arial" w:hAnsi="Arial" w:cs="Arial"/>
                <w:b/>
                <w:bCs/>
                <w:sz w:val="22"/>
                <w:lang w:val="en-GB"/>
              </w:rPr>
            </w:pPr>
            <w:r w:rsidRPr="00767340">
              <w:rPr>
                <w:rFonts w:ascii="Arial" w:hAnsi="Arial" w:cs="Arial"/>
                <w:b/>
                <w:bCs/>
                <w:sz w:val="22"/>
                <w:lang w:val="en-GB"/>
              </w:rPr>
              <w:t>Eligibility</w:t>
            </w:r>
          </w:p>
          <w:p w14:paraId="6C7B0105" w14:textId="77777777" w:rsidR="00855441" w:rsidRPr="00767340" w:rsidRDefault="00855441">
            <w:pPr>
              <w:rPr>
                <w:rFonts w:ascii="Arial" w:hAnsi="Arial" w:cs="Arial"/>
                <w:b/>
                <w:bCs/>
                <w:sz w:val="22"/>
                <w:lang w:val="en-GB"/>
              </w:rPr>
            </w:pPr>
          </w:p>
          <w:p w14:paraId="45E311EE" w14:textId="77777777" w:rsidR="00855441" w:rsidRPr="004962F6" w:rsidRDefault="00855441" w:rsidP="004962F6">
            <w:pPr>
              <w:pStyle w:val="ListParagraph"/>
              <w:numPr>
                <w:ilvl w:val="0"/>
                <w:numId w:val="22"/>
              </w:numPr>
              <w:rPr>
                <w:rFonts w:ascii="Arial" w:hAnsi="Arial" w:cs="Arial"/>
                <w:szCs w:val="20"/>
                <w:lang w:val="en-GB"/>
              </w:rPr>
            </w:pPr>
            <w:r w:rsidRPr="004962F6">
              <w:rPr>
                <w:rFonts w:ascii="Arial" w:hAnsi="Arial" w:cs="Arial"/>
                <w:szCs w:val="20"/>
                <w:lang w:val="en-GB"/>
              </w:rPr>
              <w:t>How will the service/project establish that the support/service being delivered is being targeted at those individuals who meet the eligibility criteria as set out by the DWP?</w:t>
            </w:r>
          </w:p>
          <w:p w14:paraId="609BAEDA" w14:textId="77777777" w:rsidR="00855441" w:rsidRPr="000737D0" w:rsidRDefault="00855441">
            <w:pPr>
              <w:rPr>
                <w:rFonts w:ascii="Arial" w:hAnsi="Arial" w:cs="Arial"/>
                <w:b/>
                <w:bCs/>
                <w:sz w:val="22"/>
                <w:lang w:val="en-GB"/>
              </w:rPr>
            </w:pPr>
          </w:p>
        </w:tc>
      </w:tr>
      <w:tr w:rsidR="00855441" w:rsidRPr="000737D0" w14:paraId="03D5A7DA" w14:textId="77777777">
        <w:trPr>
          <w:trHeight w:val="1469"/>
        </w:trPr>
        <w:sdt>
          <w:sdtPr>
            <w:rPr>
              <w:rFonts w:ascii="Arial" w:hAnsi="Arial" w:cs="Arial"/>
              <w:sz w:val="22"/>
            </w:rPr>
            <w:id w:val="-1749023588"/>
            <w:placeholder>
              <w:docPart w:val="AFD7BE2AA2804FA9B1979841CC934EAD"/>
            </w:placeholder>
            <w:showingPlcHdr/>
            <w:text/>
          </w:sdtPr>
          <w:sdtContent>
            <w:tc>
              <w:tcPr>
                <w:tcW w:w="9753" w:type="dxa"/>
              </w:tcPr>
              <w:p w14:paraId="58DBD05F" w14:textId="77777777" w:rsidR="00855441" w:rsidRPr="000737D0" w:rsidRDefault="00855441">
                <w:pPr>
                  <w:rPr>
                    <w:rFonts w:ascii="Arial" w:hAnsi="Arial" w:cs="Arial"/>
                    <w:b/>
                    <w:bCs/>
                    <w:sz w:val="22"/>
                  </w:rPr>
                </w:pPr>
                <w:r w:rsidRPr="000737D0">
                  <w:rPr>
                    <w:rStyle w:val="PlaceholderText"/>
                    <w:rFonts w:ascii="Arial" w:hAnsi="Arial" w:cs="Arial"/>
                    <w:sz w:val="22"/>
                  </w:rPr>
                  <w:t>Click or tap here to enter text.</w:t>
                </w:r>
              </w:p>
            </w:tc>
          </w:sdtContent>
        </w:sdt>
      </w:tr>
      <w:tr w:rsidR="00855441" w:rsidRPr="000737D0" w14:paraId="3E5046FC" w14:textId="77777777">
        <w:trPr>
          <w:trHeight w:val="369"/>
        </w:trPr>
        <w:tc>
          <w:tcPr>
            <w:tcW w:w="9753" w:type="dxa"/>
          </w:tcPr>
          <w:p w14:paraId="110AE15B" w14:textId="77777777" w:rsidR="00855441" w:rsidRDefault="00855441">
            <w:pPr>
              <w:rPr>
                <w:rFonts w:ascii="Arial" w:hAnsi="Arial" w:cs="Arial"/>
                <w:b/>
                <w:bCs/>
                <w:sz w:val="22"/>
                <w:lang w:val="en-GB"/>
              </w:rPr>
            </w:pPr>
            <w:r w:rsidRPr="003B57D4">
              <w:rPr>
                <w:rFonts w:ascii="Arial" w:hAnsi="Arial" w:cs="Arial"/>
                <w:b/>
                <w:bCs/>
                <w:sz w:val="22"/>
                <w:lang w:val="en-GB"/>
              </w:rPr>
              <w:t>Sustainability and Legacy</w:t>
            </w:r>
          </w:p>
          <w:p w14:paraId="69740F69" w14:textId="77777777" w:rsidR="00855441" w:rsidRDefault="00855441">
            <w:pPr>
              <w:rPr>
                <w:rFonts w:ascii="Arial" w:hAnsi="Arial" w:cs="Arial"/>
                <w:b/>
                <w:bCs/>
                <w:sz w:val="22"/>
                <w:lang w:val="en-GB"/>
              </w:rPr>
            </w:pPr>
          </w:p>
          <w:p w14:paraId="2480278E" w14:textId="77777777" w:rsidR="00855441" w:rsidRPr="004962F6" w:rsidRDefault="00855441" w:rsidP="004962F6">
            <w:pPr>
              <w:pStyle w:val="ListParagraph"/>
              <w:numPr>
                <w:ilvl w:val="0"/>
                <w:numId w:val="22"/>
              </w:numPr>
              <w:rPr>
                <w:rFonts w:ascii="Arial" w:hAnsi="Arial" w:cs="Arial"/>
                <w:szCs w:val="20"/>
                <w:lang w:val="en-GB"/>
              </w:rPr>
            </w:pPr>
            <w:r w:rsidRPr="004962F6">
              <w:rPr>
                <w:rFonts w:ascii="Arial" w:hAnsi="Arial" w:cs="Arial"/>
                <w:szCs w:val="20"/>
              </w:rPr>
              <w:t>How will the benefits continue beyond CRF funding?</w:t>
            </w:r>
          </w:p>
          <w:p w14:paraId="637A4874" w14:textId="3E5AEDE4" w:rsidR="00855441" w:rsidRPr="004962F6" w:rsidRDefault="00855441" w:rsidP="004962F6">
            <w:pPr>
              <w:pStyle w:val="ListParagraph"/>
              <w:numPr>
                <w:ilvl w:val="0"/>
                <w:numId w:val="22"/>
              </w:numPr>
              <w:rPr>
                <w:rFonts w:ascii="Arial" w:hAnsi="Arial" w:cs="Arial"/>
                <w:szCs w:val="20"/>
                <w:lang w:val="en-GB"/>
              </w:rPr>
            </w:pPr>
            <w:r w:rsidRPr="004962F6">
              <w:rPr>
                <w:rFonts w:ascii="Arial" w:hAnsi="Arial" w:cs="Arial"/>
                <w:szCs w:val="20"/>
              </w:rPr>
              <w:t xml:space="preserve">How is capacity or learning to </w:t>
            </w:r>
            <w:r w:rsidR="002F20A2" w:rsidRPr="004962F6">
              <w:rPr>
                <w:rFonts w:ascii="Arial" w:hAnsi="Arial" w:cs="Arial"/>
                <w:szCs w:val="20"/>
              </w:rPr>
              <w:t>be embedded</w:t>
            </w:r>
            <w:r w:rsidRPr="004962F6">
              <w:rPr>
                <w:rFonts w:ascii="Arial" w:hAnsi="Arial" w:cs="Arial"/>
                <w:szCs w:val="20"/>
              </w:rPr>
              <w:t>?</w:t>
            </w:r>
          </w:p>
          <w:p w14:paraId="653A6A1F" w14:textId="77777777" w:rsidR="00855441" w:rsidRPr="004962F6" w:rsidRDefault="00855441" w:rsidP="004962F6">
            <w:pPr>
              <w:pStyle w:val="ListParagraph"/>
              <w:numPr>
                <w:ilvl w:val="0"/>
                <w:numId w:val="22"/>
              </w:numPr>
              <w:rPr>
                <w:rFonts w:ascii="Arial" w:hAnsi="Arial" w:cs="Arial"/>
                <w:szCs w:val="20"/>
                <w:lang w:val="en-GB"/>
              </w:rPr>
            </w:pPr>
            <w:r w:rsidRPr="004962F6">
              <w:rPr>
                <w:rFonts w:ascii="Arial" w:hAnsi="Arial" w:cs="Arial"/>
                <w:szCs w:val="20"/>
              </w:rPr>
              <w:t>What are the plans for continuation, scale, or handover?</w:t>
            </w:r>
          </w:p>
          <w:p w14:paraId="0D061B41" w14:textId="77777777" w:rsidR="00855441" w:rsidRPr="000737D0" w:rsidRDefault="00855441">
            <w:pPr>
              <w:rPr>
                <w:rFonts w:ascii="Arial" w:hAnsi="Arial" w:cs="Arial"/>
                <w:b/>
                <w:bCs/>
                <w:sz w:val="22"/>
                <w:lang w:val="en-GB"/>
              </w:rPr>
            </w:pPr>
          </w:p>
        </w:tc>
      </w:tr>
      <w:tr w:rsidR="00855441" w:rsidRPr="000737D0" w14:paraId="679EE7DF" w14:textId="77777777" w:rsidTr="004962F6">
        <w:trPr>
          <w:trHeight w:val="1298"/>
        </w:trPr>
        <w:sdt>
          <w:sdtPr>
            <w:rPr>
              <w:rFonts w:ascii="Arial" w:hAnsi="Arial" w:cs="Arial"/>
              <w:sz w:val="22"/>
            </w:rPr>
            <w:id w:val="1309664609"/>
            <w:placeholder>
              <w:docPart w:val="BC948BD0BF3A4F1EA3BC5B96EA1F46A8"/>
            </w:placeholder>
            <w:showingPlcHdr/>
            <w:text/>
          </w:sdtPr>
          <w:sdtContent>
            <w:tc>
              <w:tcPr>
                <w:tcW w:w="9753" w:type="dxa"/>
              </w:tcPr>
              <w:p w14:paraId="28BFF822" w14:textId="77777777" w:rsidR="00855441" w:rsidRPr="000737D0" w:rsidRDefault="00855441">
                <w:pPr>
                  <w:rPr>
                    <w:rFonts w:ascii="Arial" w:hAnsi="Arial" w:cs="Arial"/>
                    <w:b/>
                    <w:bCs/>
                    <w:sz w:val="22"/>
                  </w:rPr>
                </w:pPr>
                <w:r w:rsidRPr="000737D0">
                  <w:rPr>
                    <w:rStyle w:val="PlaceholderText"/>
                    <w:rFonts w:ascii="Arial" w:hAnsi="Arial" w:cs="Arial"/>
                    <w:sz w:val="22"/>
                  </w:rPr>
                  <w:t>Click or tap here to enter text.</w:t>
                </w:r>
              </w:p>
            </w:tc>
          </w:sdtContent>
        </w:sdt>
      </w:tr>
    </w:tbl>
    <w:p w14:paraId="62019081" w14:textId="77777777" w:rsidR="00855441" w:rsidRPr="00855441" w:rsidRDefault="00855441" w:rsidP="00855441"/>
    <w:tbl>
      <w:tblPr>
        <w:tblStyle w:val="TableGrid"/>
        <w:tblW w:w="9753" w:type="dxa"/>
        <w:tblInd w:w="-147" w:type="dxa"/>
        <w:tblLook w:val="04A0" w:firstRow="1" w:lastRow="0" w:firstColumn="1" w:lastColumn="0" w:noHBand="0" w:noVBand="1"/>
      </w:tblPr>
      <w:tblGrid>
        <w:gridCol w:w="5177"/>
        <w:gridCol w:w="4576"/>
      </w:tblGrid>
      <w:tr w:rsidR="00F1210F" w:rsidRPr="00F97A84" w14:paraId="6704EBEB" w14:textId="77777777">
        <w:tc>
          <w:tcPr>
            <w:tcW w:w="9753" w:type="dxa"/>
            <w:gridSpan w:val="2"/>
          </w:tcPr>
          <w:p w14:paraId="2876269B" w14:textId="452C57D5" w:rsidR="00F1210F" w:rsidRPr="00F968B1" w:rsidRDefault="00F1210F">
            <w:pPr>
              <w:rPr>
                <w:rFonts w:ascii="Arial" w:hAnsi="Arial" w:cs="Arial"/>
                <w:b/>
                <w:bCs/>
                <w:sz w:val="22"/>
                <w:lang w:val="en-GB"/>
              </w:rPr>
            </w:pPr>
            <w:r w:rsidRPr="00F968B1">
              <w:rPr>
                <w:rFonts w:ascii="Arial" w:hAnsi="Arial" w:cs="Arial"/>
                <w:b/>
                <w:bCs/>
                <w:sz w:val="22"/>
                <w:lang w:val="en-GB"/>
              </w:rPr>
              <w:t>Service Declaration</w:t>
            </w:r>
          </w:p>
          <w:p w14:paraId="15209054" w14:textId="77777777" w:rsidR="004962F6" w:rsidRPr="00F968B1" w:rsidRDefault="004962F6">
            <w:pPr>
              <w:rPr>
                <w:rFonts w:ascii="Arial" w:hAnsi="Arial" w:cs="Arial"/>
                <w:b/>
                <w:bCs/>
                <w:sz w:val="24"/>
                <w:szCs w:val="24"/>
                <w:lang w:val="en-GB"/>
              </w:rPr>
            </w:pPr>
          </w:p>
          <w:p w14:paraId="469AA59E" w14:textId="77777777" w:rsidR="00F1210F" w:rsidRPr="00F968B1" w:rsidRDefault="00F1210F">
            <w:pPr>
              <w:rPr>
                <w:rFonts w:ascii="Arial" w:hAnsi="Arial" w:cs="Arial"/>
                <w:szCs w:val="20"/>
              </w:rPr>
            </w:pPr>
            <w:r w:rsidRPr="00F968B1">
              <w:rPr>
                <w:rFonts w:ascii="Arial" w:hAnsi="Arial" w:cs="Arial"/>
                <w:szCs w:val="20"/>
              </w:rPr>
              <w:t>Confirmation of organisational commitment, readiness to deliver and compliance with CRF requirements.</w:t>
            </w:r>
          </w:p>
          <w:p w14:paraId="28C9F691" w14:textId="34C1738A" w:rsidR="004962F6" w:rsidRPr="004962F6" w:rsidRDefault="004962F6">
            <w:pPr>
              <w:rPr>
                <w:sz w:val="24"/>
                <w:szCs w:val="24"/>
              </w:rPr>
            </w:pPr>
          </w:p>
        </w:tc>
      </w:tr>
      <w:tr w:rsidR="00F1210F" w:rsidRPr="00F97A84" w14:paraId="274D8656" w14:textId="77777777">
        <w:tc>
          <w:tcPr>
            <w:tcW w:w="5177" w:type="dxa"/>
          </w:tcPr>
          <w:p w14:paraId="42DB8F01" w14:textId="7FEE1D24" w:rsidR="00F1210F" w:rsidRPr="00F968B1" w:rsidRDefault="00BC03AA">
            <w:pPr>
              <w:rPr>
                <w:rFonts w:ascii="Arial" w:eastAsia="MS Gothic" w:hAnsi="Arial" w:cs="Arial"/>
                <w:sz w:val="22"/>
              </w:rPr>
            </w:pPr>
            <w:sdt>
              <w:sdtPr>
                <w:rPr>
                  <w:rFonts w:ascii="Arial" w:eastAsia="MS Gothic" w:hAnsi="Arial" w:cs="Arial"/>
                  <w:sz w:val="22"/>
                </w:rPr>
                <w:id w:val="238601578"/>
                <w14:checkbox>
                  <w14:checked w14:val="0"/>
                  <w14:checkedState w14:val="2612" w14:font="MS Gothic"/>
                  <w14:uncheckedState w14:val="2610" w14:font="MS Gothic"/>
                </w14:checkbox>
              </w:sdtPr>
              <w:sdtContent>
                <w:r w:rsidR="004962F6" w:rsidRPr="00F968B1">
                  <w:rPr>
                    <w:rFonts w:ascii="Segoe UI Symbol" w:eastAsia="MS Gothic" w:hAnsi="Segoe UI Symbol" w:cs="Segoe UI Symbol"/>
                    <w:sz w:val="22"/>
                  </w:rPr>
                  <w:t>☐</w:t>
                </w:r>
              </w:sdtContent>
            </w:sdt>
            <w:r w:rsidR="00F1210F" w:rsidRPr="00F968B1">
              <w:rPr>
                <w:rFonts w:ascii="Arial" w:eastAsia="MS Gothic" w:hAnsi="Arial" w:cs="Arial"/>
                <w:sz w:val="22"/>
              </w:rPr>
              <w:t xml:space="preserve"> </w:t>
            </w:r>
            <w:r w:rsidR="00F1210F" w:rsidRPr="00F968B1">
              <w:rPr>
                <w:rFonts w:ascii="Arial" w:hAnsi="Arial" w:cs="Arial"/>
                <w:sz w:val="22"/>
              </w:rPr>
              <w:t xml:space="preserve">Yes </w:t>
            </w:r>
          </w:p>
        </w:tc>
        <w:tc>
          <w:tcPr>
            <w:tcW w:w="4576" w:type="dxa"/>
          </w:tcPr>
          <w:p w14:paraId="7C0A0422" w14:textId="77777777" w:rsidR="00F1210F" w:rsidRPr="00F968B1" w:rsidRDefault="00BC03AA">
            <w:pPr>
              <w:rPr>
                <w:rFonts w:ascii="Arial" w:hAnsi="Arial" w:cs="Arial"/>
                <w:b/>
                <w:bCs/>
                <w:sz w:val="22"/>
              </w:rPr>
            </w:pPr>
            <w:sdt>
              <w:sdtPr>
                <w:rPr>
                  <w:rFonts w:ascii="Arial" w:eastAsia="MS Gothic" w:hAnsi="Arial" w:cs="Arial"/>
                  <w:sz w:val="22"/>
                </w:rPr>
                <w:id w:val="-1512435727"/>
                <w14:checkbox>
                  <w14:checked w14:val="0"/>
                  <w14:checkedState w14:val="2612" w14:font="MS Gothic"/>
                  <w14:uncheckedState w14:val="2610" w14:font="MS Gothic"/>
                </w14:checkbox>
              </w:sdtPr>
              <w:sdtContent>
                <w:r w:rsidR="00F1210F" w:rsidRPr="00F968B1">
                  <w:rPr>
                    <w:rFonts w:ascii="Segoe UI Symbol" w:eastAsia="MS Gothic" w:hAnsi="Segoe UI Symbol" w:cs="Segoe UI Symbol"/>
                    <w:sz w:val="22"/>
                  </w:rPr>
                  <w:t>☐</w:t>
                </w:r>
              </w:sdtContent>
            </w:sdt>
            <w:r w:rsidR="00F1210F" w:rsidRPr="00F968B1">
              <w:rPr>
                <w:rFonts w:ascii="Arial" w:eastAsia="MS Gothic" w:hAnsi="Arial" w:cs="Arial"/>
                <w:sz w:val="22"/>
              </w:rPr>
              <w:t xml:space="preserve"> No</w:t>
            </w:r>
          </w:p>
        </w:tc>
      </w:tr>
    </w:tbl>
    <w:p w14:paraId="1848CA6E" w14:textId="77777777" w:rsidR="00217790" w:rsidRDefault="00217790" w:rsidP="001F5620">
      <w:pPr>
        <w:rPr>
          <w:rFonts w:ascii="Arial" w:eastAsiaTheme="majorEastAsia" w:hAnsi="Arial" w:cs="Arial"/>
          <w:b/>
          <w:bCs/>
          <w:color w:val="365F91" w:themeColor="accent1" w:themeShade="BF"/>
          <w:sz w:val="28"/>
          <w:szCs w:val="28"/>
        </w:rPr>
      </w:pPr>
    </w:p>
    <w:p w14:paraId="70F57E45" w14:textId="6CE0F89E" w:rsidR="001F5620" w:rsidRPr="001F5620" w:rsidRDefault="00217790" w:rsidP="004962F6">
      <w:pPr>
        <w:ind w:left="-142" w:hanging="142"/>
        <w:jc w:val="center"/>
      </w:pPr>
      <w:r w:rsidRPr="00217790">
        <w:rPr>
          <w:rFonts w:ascii="Arial" w:eastAsiaTheme="majorEastAsia" w:hAnsi="Arial" w:cs="Arial"/>
          <w:b/>
          <w:bCs/>
          <w:color w:val="365F91" w:themeColor="accent1" w:themeShade="BF"/>
          <w:sz w:val="28"/>
          <w:szCs w:val="28"/>
        </w:rPr>
        <w:t>Evidence and Data</w:t>
      </w:r>
    </w:p>
    <w:tbl>
      <w:tblPr>
        <w:tblStyle w:val="TableGrid"/>
        <w:tblW w:w="9753" w:type="dxa"/>
        <w:tblInd w:w="-147" w:type="dxa"/>
        <w:tblLook w:val="04A0" w:firstRow="1" w:lastRow="0" w:firstColumn="1" w:lastColumn="0" w:noHBand="0" w:noVBand="1"/>
      </w:tblPr>
      <w:tblGrid>
        <w:gridCol w:w="9753"/>
      </w:tblGrid>
      <w:tr w:rsidR="005A5618" w:rsidRPr="000737D0" w14:paraId="02FFCA10" w14:textId="77777777">
        <w:tc>
          <w:tcPr>
            <w:tcW w:w="9753" w:type="dxa"/>
            <w:shd w:val="clear" w:color="auto" w:fill="A6A6A6" w:themeFill="background1" w:themeFillShade="A6"/>
          </w:tcPr>
          <w:p w14:paraId="0A914B3B" w14:textId="78A04588" w:rsidR="005A5618" w:rsidRPr="004962F6" w:rsidRDefault="004962F6">
            <w:pPr>
              <w:rPr>
                <w:rFonts w:ascii="Arial" w:hAnsi="Arial" w:cs="Arial"/>
                <w:b/>
                <w:bCs/>
                <w:sz w:val="22"/>
              </w:rPr>
            </w:pPr>
            <w:r w:rsidRPr="004962F6">
              <w:rPr>
                <w:rFonts w:ascii="Arial" w:hAnsi="Arial" w:cs="Arial"/>
                <w:b/>
                <w:bCs/>
                <w:sz w:val="22"/>
              </w:rPr>
              <w:t>Evidence and Data</w:t>
            </w:r>
          </w:p>
        </w:tc>
      </w:tr>
      <w:tr w:rsidR="005A5618" w:rsidRPr="000737D0" w14:paraId="171EED9A" w14:textId="77777777">
        <w:tc>
          <w:tcPr>
            <w:tcW w:w="9753" w:type="dxa"/>
          </w:tcPr>
          <w:p w14:paraId="21848727" w14:textId="77777777" w:rsidR="00380C3D" w:rsidRPr="00380C3D" w:rsidRDefault="00380C3D" w:rsidP="00380C3D">
            <w:pPr>
              <w:rPr>
                <w:rFonts w:ascii="Arial" w:hAnsi="Arial" w:cs="Arial"/>
                <w:b/>
                <w:bCs/>
                <w:sz w:val="22"/>
                <w:lang w:val="en-GB"/>
              </w:rPr>
            </w:pPr>
            <w:r w:rsidRPr="00380C3D">
              <w:rPr>
                <w:rFonts w:ascii="Arial" w:hAnsi="Arial" w:cs="Arial"/>
                <w:b/>
                <w:bCs/>
                <w:sz w:val="22"/>
                <w:lang w:val="en-GB"/>
              </w:rPr>
              <w:t>Data – evidence there is a need to be met – hard data, lived experience, insight.</w:t>
            </w:r>
          </w:p>
          <w:p w14:paraId="57C23BEC" w14:textId="77777777" w:rsidR="005A5618" w:rsidRDefault="005A5618">
            <w:pPr>
              <w:rPr>
                <w:rFonts w:ascii="Arial" w:hAnsi="Arial" w:cs="Arial"/>
                <w:b/>
                <w:bCs/>
                <w:sz w:val="22"/>
                <w:lang w:val="en-GB"/>
              </w:rPr>
            </w:pPr>
          </w:p>
          <w:p w14:paraId="22E071ED" w14:textId="5106E334" w:rsidR="00380C3D" w:rsidRPr="004962F6" w:rsidRDefault="00380C3D" w:rsidP="004962F6">
            <w:pPr>
              <w:pStyle w:val="ListParagraph"/>
              <w:numPr>
                <w:ilvl w:val="0"/>
                <w:numId w:val="23"/>
              </w:numPr>
              <w:rPr>
                <w:rFonts w:ascii="Arial" w:hAnsi="Arial" w:cs="Arial"/>
                <w:sz w:val="22"/>
                <w:lang w:val="en-GB"/>
              </w:rPr>
            </w:pPr>
            <w:r w:rsidRPr="004962F6">
              <w:rPr>
                <w:rFonts w:ascii="Arial" w:hAnsi="Arial" w:cs="Arial"/>
                <w:szCs w:val="20"/>
              </w:rPr>
              <w:t xml:space="preserve">Please add in any information that </w:t>
            </w:r>
            <w:r w:rsidR="00F968B1" w:rsidRPr="004962F6">
              <w:rPr>
                <w:rFonts w:ascii="Arial" w:hAnsi="Arial" w:cs="Arial"/>
                <w:szCs w:val="20"/>
              </w:rPr>
              <w:t>supports</w:t>
            </w:r>
            <w:r w:rsidRPr="004962F6">
              <w:rPr>
                <w:rFonts w:ascii="Arial" w:hAnsi="Arial" w:cs="Arial"/>
                <w:szCs w:val="20"/>
              </w:rPr>
              <w:t xml:space="preserve"> the need for this project</w:t>
            </w:r>
          </w:p>
          <w:p w14:paraId="29F7810F" w14:textId="00E12B86" w:rsidR="004962F6" w:rsidRPr="004962F6" w:rsidRDefault="004962F6" w:rsidP="004962F6">
            <w:pPr>
              <w:pStyle w:val="ListParagraph"/>
              <w:rPr>
                <w:rFonts w:ascii="Arial" w:hAnsi="Arial" w:cs="Arial"/>
                <w:sz w:val="22"/>
                <w:lang w:val="en-GB"/>
              </w:rPr>
            </w:pPr>
          </w:p>
        </w:tc>
      </w:tr>
      <w:tr w:rsidR="005A5618" w:rsidRPr="000737D0" w14:paraId="17B90BF5" w14:textId="77777777" w:rsidTr="00F968B1">
        <w:trPr>
          <w:trHeight w:val="1615"/>
        </w:trPr>
        <w:sdt>
          <w:sdtPr>
            <w:rPr>
              <w:rFonts w:ascii="Arial" w:hAnsi="Arial" w:cs="Arial"/>
              <w:sz w:val="22"/>
            </w:rPr>
            <w:id w:val="1506090922"/>
            <w:placeholder>
              <w:docPart w:val="263FE19E2AE94022A9498E75BFCCA77E"/>
            </w:placeholder>
            <w:showingPlcHdr/>
            <w:text/>
          </w:sdtPr>
          <w:sdtContent>
            <w:tc>
              <w:tcPr>
                <w:tcW w:w="9753" w:type="dxa"/>
              </w:tcPr>
              <w:p w14:paraId="188DEC90" w14:textId="77777777" w:rsidR="005A5618" w:rsidRPr="000737D0" w:rsidRDefault="005A5618">
                <w:pPr>
                  <w:rPr>
                    <w:rFonts w:ascii="Arial" w:eastAsia="MS Gothic" w:hAnsi="Arial" w:cs="Arial"/>
                    <w:sz w:val="22"/>
                  </w:rPr>
                </w:pPr>
                <w:r w:rsidRPr="000737D0">
                  <w:rPr>
                    <w:rStyle w:val="PlaceholderText"/>
                    <w:rFonts w:ascii="Arial" w:hAnsi="Arial" w:cs="Arial"/>
                    <w:sz w:val="22"/>
                  </w:rPr>
                  <w:t>Click or tap here to enter text.</w:t>
                </w:r>
              </w:p>
            </w:tc>
          </w:sdtContent>
        </w:sdt>
      </w:tr>
    </w:tbl>
    <w:p w14:paraId="34398E23" w14:textId="77777777" w:rsidR="00217790" w:rsidRDefault="00217790" w:rsidP="001F5620">
      <w:pPr>
        <w:rPr>
          <w:rFonts w:eastAsiaTheme="majorEastAsia" w:cs="Arial"/>
          <w:b/>
          <w:bCs/>
          <w:color w:val="365F91" w:themeColor="accent1" w:themeShade="BF"/>
          <w:szCs w:val="28"/>
        </w:rPr>
      </w:pPr>
    </w:p>
    <w:p w14:paraId="60B6C0B0" w14:textId="11294D60" w:rsidR="001F5620" w:rsidRPr="001F5620" w:rsidRDefault="00217790" w:rsidP="004962F6">
      <w:pPr>
        <w:ind w:left="-284"/>
        <w:jc w:val="center"/>
      </w:pPr>
      <w:r w:rsidRPr="00217790">
        <w:rPr>
          <w:rFonts w:ascii="Arial" w:eastAsiaTheme="majorEastAsia" w:hAnsi="Arial" w:cs="Arial"/>
          <w:b/>
          <w:bCs/>
          <w:color w:val="365F91" w:themeColor="accent1" w:themeShade="BF"/>
          <w:sz w:val="28"/>
          <w:szCs w:val="28"/>
        </w:rPr>
        <w:t>Proportionate funding</w:t>
      </w:r>
    </w:p>
    <w:tbl>
      <w:tblPr>
        <w:tblStyle w:val="TableGrid"/>
        <w:tblW w:w="9753" w:type="dxa"/>
        <w:tblInd w:w="-147" w:type="dxa"/>
        <w:tblLook w:val="04A0" w:firstRow="1" w:lastRow="0" w:firstColumn="1" w:lastColumn="0" w:noHBand="0" w:noVBand="1"/>
      </w:tblPr>
      <w:tblGrid>
        <w:gridCol w:w="9753"/>
      </w:tblGrid>
      <w:tr w:rsidR="00380C3D" w:rsidRPr="000737D0" w14:paraId="372F0672" w14:textId="77777777">
        <w:tc>
          <w:tcPr>
            <w:tcW w:w="9753" w:type="dxa"/>
            <w:shd w:val="clear" w:color="auto" w:fill="A6A6A6" w:themeFill="background1" w:themeFillShade="A6"/>
          </w:tcPr>
          <w:p w14:paraId="17DDE88C" w14:textId="22502480" w:rsidR="00380C3D" w:rsidRPr="005A5618" w:rsidRDefault="004962F6">
            <w:pPr>
              <w:rPr>
                <w:rFonts w:ascii="Arial" w:hAnsi="Arial" w:cs="Arial"/>
                <w:b/>
                <w:bCs/>
                <w:sz w:val="22"/>
              </w:rPr>
            </w:pPr>
            <w:r>
              <w:rPr>
                <w:rFonts w:ascii="Arial" w:hAnsi="Arial" w:cs="Arial"/>
                <w:b/>
                <w:bCs/>
                <w:sz w:val="22"/>
              </w:rPr>
              <w:t>Propo</w:t>
            </w:r>
            <w:r w:rsidR="00837084">
              <w:rPr>
                <w:rFonts w:ascii="Arial" w:hAnsi="Arial" w:cs="Arial"/>
                <w:b/>
                <w:bCs/>
                <w:sz w:val="22"/>
              </w:rPr>
              <w:t xml:space="preserve">rtionate </w:t>
            </w:r>
            <w:r w:rsidR="001F5620" w:rsidRPr="00837084">
              <w:rPr>
                <w:rFonts w:ascii="Arial" w:hAnsi="Arial" w:cs="Arial"/>
                <w:b/>
                <w:bCs/>
                <w:sz w:val="22"/>
              </w:rPr>
              <w:t>Funding</w:t>
            </w:r>
          </w:p>
        </w:tc>
      </w:tr>
      <w:tr w:rsidR="00380C3D" w:rsidRPr="000737D0" w14:paraId="299CE552" w14:textId="77777777">
        <w:tc>
          <w:tcPr>
            <w:tcW w:w="9753" w:type="dxa"/>
          </w:tcPr>
          <w:p w14:paraId="7CC423C1" w14:textId="77777777" w:rsidR="001F5620" w:rsidRDefault="001F5620" w:rsidP="001F5620">
            <w:pPr>
              <w:rPr>
                <w:rFonts w:ascii="Arial" w:hAnsi="Arial" w:cs="Arial"/>
                <w:b/>
                <w:bCs/>
                <w:sz w:val="22"/>
                <w:lang w:val="en-GB"/>
              </w:rPr>
            </w:pPr>
            <w:r w:rsidRPr="001F5620">
              <w:rPr>
                <w:rFonts w:ascii="Arial" w:hAnsi="Arial" w:cs="Arial"/>
                <w:b/>
                <w:bCs/>
                <w:sz w:val="22"/>
                <w:lang w:val="en-GB"/>
              </w:rPr>
              <w:t>Use this section of the proposal template to provide the financial information that sets out the following:</w:t>
            </w:r>
          </w:p>
          <w:p w14:paraId="3B870F1B" w14:textId="77777777" w:rsidR="001F5620" w:rsidRPr="001F5620" w:rsidRDefault="001F5620" w:rsidP="001F5620">
            <w:pPr>
              <w:rPr>
                <w:rFonts w:ascii="Arial" w:hAnsi="Arial" w:cs="Arial"/>
                <w:b/>
                <w:bCs/>
                <w:sz w:val="22"/>
                <w:lang w:val="en-GB"/>
              </w:rPr>
            </w:pPr>
          </w:p>
          <w:p w14:paraId="0B9C9BD4" w14:textId="77777777" w:rsidR="001F5620" w:rsidRPr="00837084" w:rsidRDefault="001F5620" w:rsidP="001F5620">
            <w:pPr>
              <w:numPr>
                <w:ilvl w:val="0"/>
                <w:numId w:val="11"/>
              </w:numPr>
              <w:rPr>
                <w:rFonts w:ascii="Arial" w:hAnsi="Arial" w:cs="Arial"/>
                <w:szCs w:val="20"/>
                <w:lang w:val="en-GB"/>
              </w:rPr>
            </w:pPr>
            <w:r w:rsidRPr="00837084">
              <w:rPr>
                <w:rFonts w:ascii="Arial" w:hAnsi="Arial" w:cs="Arial"/>
                <w:szCs w:val="20"/>
                <w:lang w:val="en-GB"/>
              </w:rPr>
              <w:t>Initial set up costs</w:t>
            </w:r>
          </w:p>
          <w:p w14:paraId="1212B91C" w14:textId="77777777" w:rsidR="001F5620" w:rsidRPr="00837084" w:rsidRDefault="001F5620" w:rsidP="001F5620">
            <w:pPr>
              <w:numPr>
                <w:ilvl w:val="0"/>
                <w:numId w:val="11"/>
              </w:numPr>
              <w:rPr>
                <w:rFonts w:ascii="Arial" w:hAnsi="Arial" w:cs="Arial"/>
                <w:szCs w:val="20"/>
                <w:lang w:val="en-GB"/>
              </w:rPr>
            </w:pPr>
            <w:r w:rsidRPr="00837084">
              <w:rPr>
                <w:rFonts w:ascii="Arial" w:hAnsi="Arial" w:cs="Arial"/>
                <w:szCs w:val="20"/>
                <w:lang w:val="en-GB"/>
              </w:rPr>
              <w:t>On-going costs – broken down between staffing, marketing/publicity etc.</w:t>
            </w:r>
          </w:p>
          <w:p w14:paraId="73541746" w14:textId="77777777" w:rsidR="001F5620" w:rsidRPr="00837084" w:rsidRDefault="001F5620" w:rsidP="001F5620">
            <w:pPr>
              <w:numPr>
                <w:ilvl w:val="0"/>
                <w:numId w:val="11"/>
              </w:numPr>
              <w:rPr>
                <w:rFonts w:ascii="Arial" w:hAnsi="Arial" w:cs="Arial"/>
                <w:szCs w:val="20"/>
                <w:lang w:val="en-GB"/>
              </w:rPr>
            </w:pPr>
            <w:r w:rsidRPr="00837084">
              <w:rPr>
                <w:rFonts w:ascii="Arial" w:hAnsi="Arial" w:cs="Arial"/>
                <w:szCs w:val="20"/>
                <w:lang w:val="en-GB"/>
              </w:rPr>
              <w:t>Total funding requested</w:t>
            </w:r>
          </w:p>
          <w:p w14:paraId="708496DF" w14:textId="243E154E" w:rsidR="00380C3D" w:rsidRPr="000737D0" w:rsidRDefault="00380C3D">
            <w:pPr>
              <w:rPr>
                <w:rFonts w:ascii="Arial" w:hAnsi="Arial" w:cs="Arial"/>
                <w:b/>
                <w:bCs/>
                <w:sz w:val="22"/>
                <w:lang w:val="en-GB"/>
              </w:rPr>
            </w:pPr>
          </w:p>
        </w:tc>
      </w:tr>
      <w:tr w:rsidR="00380C3D" w:rsidRPr="000737D0" w14:paraId="06F3A19E" w14:textId="77777777" w:rsidTr="00F968B1">
        <w:trPr>
          <w:trHeight w:val="2333"/>
        </w:trPr>
        <w:sdt>
          <w:sdtPr>
            <w:rPr>
              <w:rFonts w:ascii="Arial" w:hAnsi="Arial" w:cs="Arial"/>
              <w:sz w:val="22"/>
            </w:rPr>
            <w:id w:val="1138992732"/>
            <w:placeholder>
              <w:docPart w:val="81EF40E4329D422CB8501D8504F5D64E"/>
            </w:placeholder>
            <w:showingPlcHdr/>
            <w:text/>
          </w:sdtPr>
          <w:sdtContent>
            <w:tc>
              <w:tcPr>
                <w:tcW w:w="9753" w:type="dxa"/>
              </w:tcPr>
              <w:p w14:paraId="03163B75" w14:textId="77777777" w:rsidR="00380C3D" w:rsidRPr="000737D0" w:rsidRDefault="00380C3D">
                <w:pPr>
                  <w:rPr>
                    <w:rFonts w:ascii="Arial" w:eastAsia="MS Gothic" w:hAnsi="Arial" w:cs="Arial"/>
                    <w:sz w:val="22"/>
                  </w:rPr>
                </w:pPr>
                <w:r w:rsidRPr="000737D0">
                  <w:rPr>
                    <w:rStyle w:val="PlaceholderText"/>
                    <w:rFonts w:ascii="Arial" w:hAnsi="Arial" w:cs="Arial"/>
                    <w:sz w:val="22"/>
                  </w:rPr>
                  <w:t>Click or tap here to enter text.</w:t>
                </w:r>
              </w:p>
            </w:tc>
          </w:sdtContent>
        </w:sdt>
      </w:tr>
    </w:tbl>
    <w:p w14:paraId="195661C7" w14:textId="77777777" w:rsidR="00380C3D" w:rsidRPr="00B21D07" w:rsidRDefault="00380C3D" w:rsidP="00B21D07"/>
    <w:sectPr w:rsidR="00380C3D" w:rsidRPr="00B21D07" w:rsidSect="00034616">
      <w:headerReference w:type="default" r:id="rId16"/>
      <w:footerReference w:type="defaul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40FFA" w14:textId="77777777" w:rsidR="00A453E9" w:rsidRDefault="00A453E9">
      <w:pPr>
        <w:spacing w:after="0" w:line="240" w:lineRule="auto"/>
      </w:pPr>
      <w:r>
        <w:separator/>
      </w:r>
    </w:p>
  </w:endnote>
  <w:endnote w:type="continuationSeparator" w:id="0">
    <w:p w14:paraId="6996F6C7" w14:textId="77777777" w:rsidR="00A453E9" w:rsidRDefault="00A45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3D68246D" w14:paraId="05CC4FFB" w14:textId="77777777" w:rsidTr="3D68246D">
      <w:trPr>
        <w:trHeight w:val="300"/>
      </w:trPr>
      <w:tc>
        <w:tcPr>
          <w:tcW w:w="2880" w:type="dxa"/>
        </w:tcPr>
        <w:p w14:paraId="18E59391" w14:textId="19CE661C" w:rsidR="3D68246D" w:rsidRDefault="3D68246D" w:rsidP="3D68246D">
          <w:pPr>
            <w:pStyle w:val="Header"/>
            <w:ind w:left="-115"/>
          </w:pPr>
        </w:p>
      </w:tc>
      <w:tc>
        <w:tcPr>
          <w:tcW w:w="2880" w:type="dxa"/>
        </w:tcPr>
        <w:p w14:paraId="157F0603" w14:textId="6D8AEC81" w:rsidR="3D68246D" w:rsidRDefault="3D68246D" w:rsidP="3D68246D">
          <w:pPr>
            <w:pStyle w:val="Header"/>
            <w:jc w:val="center"/>
          </w:pPr>
        </w:p>
      </w:tc>
      <w:tc>
        <w:tcPr>
          <w:tcW w:w="2880" w:type="dxa"/>
        </w:tcPr>
        <w:p w14:paraId="2E7EECBC" w14:textId="6BC84079" w:rsidR="3D68246D" w:rsidRDefault="3D68246D" w:rsidP="3D68246D">
          <w:pPr>
            <w:pStyle w:val="Header"/>
            <w:ind w:right="-115"/>
            <w:jc w:val="right"/>
          </w:pPr>
        </w:p>
      </w:tc>
    </w:tr>
  </w:tbl>
  <w:p w14:paraId="77798528" w14:textId="5FE9EAD0" w:rsidR="3D68246D" w:rsidRDefault="3D68246D" w:rsidP="3D6824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8376E" w14:textId="77777777" w:rsidR="00A453E9" w:rsidRDefault="00A453E9">
      <w:pPr>
        <w:spacing w:after="0" w:line="240" w:lineRule="auto"/>
      </w:pPr>
      <w:r>
        <w:separator/>
      </w:r>
    </w:p>
  </w:footnote>
  <w:footnote w:type="continuationSeparator" w:id="0">
    <w:p w14:paraId="04CEB632" w14:textId="77777777" w:rsidR="00A453E9" w:rsidRDefault="00A453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1B8EF" w14:textId="3776A46A" w:rsidR="3D68246D" w:rsidRDefault="00823B7E" w:rsidP="3D68246D">
    <w:pPr>
      <w:pStyle w:val="Header"/>
    </w:pPr>
    <w:r>
      <w:rPr>
        <w:noProof/>
      </w:rPr>
      <w:drawing>
        <wp:anchor distT="0" distB="0" distL="114300" distR="114300" simplePos="0" relativeHeight="251658240" behindDoc="1" locked="0" layoutInCell="1" allowOverlap="1" wp14:anchorId="5D8E37C5" wp14:editId="0FDA2060">
          <wp:simplePos x="0" y="0"/>
          <wp:positionH relativeFrom="margin">
            <wp:posOffset>0</wp:posOffset>
          </wp:positionH>
          <wp:positionV relativeFrom="paragraph">
            <wp:posOffset>-312420</wp:posOffset>
          </wp:positionV>
          <wp:extent cx="5731510" cy="683260"/>
          <wp:effectExtent l="0" t="0" r="2540" b="2540"/>
          <wp:wrapTight wrapText="bothSides">
            <wp:wrapPolygon edited="0">
              <wp:start x="0" y="0"/>
              <wp:lineTo x="0" y="21078"/>
              <wp:lineTo x="21538" y="21078"/>
              <wp:lineTo x="21538" y="0"/>
              <wp:lineTo x="0" y="0"/>
            </wp:wrapPolygon>
          </wp:wrapTight>
          <wp:docPr id="1331830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68326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0D730CC"/>
    <w:multiLevelType w:val="hybridMultilevel"/>
    <w:tmpl w:val="890E4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98707B"/>
    <w:multiLevelType w:val="hybridMultilevel"/>
    <w:tmpl w:val="0A189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285140"/>
    <w:multiLevelType w:val="hybridMultilevel"/>
    <w:tmpl w:val="A1F82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4931D8"/>
    <w:multiLevelType w:val="hybridMultilevel"/>
    <w:tmpl w:val="E4DE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461202"/>
    <w:multiLevelType w:val="hybridMultilevel"/>
    <w:tmpl w:val="23BEB816"/>
    <w:lvl w:ilvl="0" w:tplc="CC82535C">
      <w:start w:val="1"/>
      <w:numFmt w:val="bullet"/>
      <w:lvlText w:val="•"/>
      <w:lvlJc w:val="left"/>
      <w:pPr>
        <w:tabs>
          <w:tab w:val="num" w:pos="720"/>
        </w:tabs>
        <w:ind w:left="720" w:hanging="360"/>
      </w:pPr>
      <w:rPr>
        <w:rFonts w:ascii="Arial" w:hAnsi="Arial" w:hint="default"/>
      </w:rPr>
    </w:lvl>
    <w:lvl w:ilvl="1" w:tplc="581A6F5C" w:tentative="1">
      <w:start w:val="1"/>
      <w:numFmt w:val="bullet"/>
      <w:lvlText w:val="•"/>
      <w:lvlJc w:val="left"/>
      <w:pPr>
        <w:tabs>
          <w:tab w:val="num" w:pos="1440"/>
        </w:tabs>
        <w:ind w:left="1440" w:hanging="360"/>
      </w:pPr>
      <w:rPr>
        <w:rFonts w:ascii="Arial" w:hAnsi="Arial" w:hint="default"/>
      </w:rPr>
    </w:lvl>
    <w:lvl w:ilvl="2" w:tplc="BC7A13DE" w:tentative="1">
      <w:start w:val="1"/>
      <w:numFmt w:val="bullet"/>
      <w:lvlText w:val="•"/>
      <w:lvlJc w:val="left"/>
      <w:pPr>
        <w:tabs>
          <w:tab w:val="num" w:pos="2160"/>
        </w:tabs>
        <w:ind w:left="2160" w:hanging="360"/>
      </w:pPr>
      <w:rPr>
        <w:rFonts w:ascii="Arial" w:hAnsi="Arial" w:hint="default"/>
      </w:rPr>
    </w:lvl>
    <w:lvl w:ilvl="3" w:tplc="9C3673C0" w:tentative="1">
      <w:start w:val="1"/>
      <w:numFmt w:val="bullet"/>
      <w:lvlText w:val="•"/>
      <w:lvlJc w:val="left"/>
      <w:pPr>
        <w:tabs>
          <w:tab w:val="num" w:pos="2880"/>
        </w:tabs>
        <w:ind w:left="2880" w:hanging="360"/>
      </w:pPr>
      <w:rPr>
        <w:rFonts w:ascii="Arial" w:hAnsi="Arial" w:hint="default"/>
      </w:rPr>
    </w:lvl>
    <w:lvl w:ilvl="4" w:tplc="FBFA47C6" w:tentative="1">
      <w:start w:val="1"/>
      <w:numFmt w:val="bullet"/>
      <w:lvlText w:val="•"/>
      <w:lvlJc w:val="left"/>
      <w:pPr>
        <w:tabs>
          <w:tab w:val="num" w:pos="3600"/>
        </w:tabs>
        <w:ind w:left="3600" w:hanging="360"/>
      </w:pPr>
      <w:rPr>
        <w:rFonts w:ascii="Arial" w:hAnsi="Arial" w:hint="default"/>
      </w:rPr>
    </w:lvl>
    <w:lvl w:ilvl="5" w:tplc="F6967F32" w:tentative="1">
      <w:start w:val="1"/>
      <w:numFmt w:val="bullet"/>
      <w:lvlText w:val="•"/>
      <w:lvlJc w:val="left"/>
      <w:pPr>
        <w:tabs>
          <w:tab w:val="num" w:pos="4320"/>
        </w:tabs>
        <w:ind w:left="4320" w:hanging="360"/>
      </w:pPr>
      <w:rPr>
        <w:rFonts w:ascii="Arial" w:hAnsi="Arial" w:hint="default"/>
      </w:rPr>
    </w:lvl>
    <w:lvl w:ilvl="6" w:tplc="173CDDD4" w:tentative="1">
      <w:start w:val="1"/>
      <w:numFmt w:val="bullet"/>
      <w:lvlText w:val="•"/>
      <w:lvlJc w:val="left"/>
      <w:pPr>
        <w:tabs>
          <w:tab w:val="num" w:pos="5040"/>
        </w:tabs>
        <w:ind w:left="5040" w:hanging="360"/>
      </w:pPr>
      <w:rPr>
        <w:rFonts w:ascii="Arial" w:hAnsi="Arial" w:hint="default"/>
      </w:rPr>
    </w:lvl>
    <w:lvl w:ilvl="7" w:tplc="8834DA2E" w:tentative="1">
      <w:start w:val="1"/>
      <w:numFmt w:val="bullet"/>
      <w:lvlText w:val="•"/>
      <w:lvlJc w:val="left"/>
      <w:pPr>
        <w:tabs>
          <w:tab w:val="num" w:pos="5760"/>
        </w:tabs>
        <w:ind w:left="5760" w:hanging="360"/>
      </w:pPr>
      <w:rPr>
        <w:rFonts w:ascii="Arial" w:hAnsi="Arial" w:hint="default"/>
      </w:rPr>
    </w:lvl>
    <w:lvl w:ilvl="8" w:tplc="AE101B2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ACB23AF"/>
    <w:multiLevelType w:val="hybridMultilevel"/>
    <w:tmpl w:val="32401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3E3127"/>
    <w:multiLevelType w:val="hybridMultilevel"/>
    <w:tmpl w:val="9FB8B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D25B04"/>
    <w:multiLevelType w:val="hybridMultilevel"/>
    <w:tmpl w:val="D8946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21138D"/>
    <w:multiLevelType w:val="hybridMultilevel"/>
    <w:tmpl w:val="843ED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3A20EE"/>
    <w:multiLevelType w:val="hybridMultilevel"/>
    <w:tmpl w:val="F6A82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0E5605"/>
    <w:multiLevelType w:val="hybridMultilevel"/>
    <w:tmpl w:val="80E8B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14088F"/>
    <w:multiLevelType w:val="hybridMultilevel"/>
    <w:tmpl w:val="16344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631605"/>
    <w:multiLevelType w:val="hybridMultilevel"/>
    <w:tmpl w:val="0026F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3F5BB9"/>
    <w:multiLevelType w:val="hybridMultilevel"/>
    <w:tmpl w:val="14B85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4068129">
    <w:abstractNumId w:val="8"/>
  </w:num>
  <w:num w:numId="2" w16cid:durableId="1937515506">
    <w:abstractNumId w:val="6"/>
  </w:num>
  <w:num w:numId="3" w16cid:durableId="54087220">
    <w:abstractNumId w:val="5"/>
  </w:num>
  <w:num w:numId="4" w16cid:durableId="1479033551">
    <w:abstractNumId w:val="4"/>
  </w:num>
  <w:num w:numId="5" w16cid:durableId="958217890">
    <w:abstractNumId w:val="7"/>
  </w:num>
  <w:num w:numId="6" w16cid:durableId="1330861827">
    <w:abstractNumId w:val="3"/>
  </w:num>
  <w:num w:numId="7" w16cid:durableId="1039554299">
    <w:abstractNumId w:val="2"/>
  </w:num>
  <w:num w:numId="8" w16cid:durableId="1434399606">
    <w:abstractNumId w:val="1"/>
  </w:num>
  <w:num w:numId="9" w16cid:durableId="974719736">
    <w:abstractNumId w:val="0"/>
  </w:num>
  <w:num w:numId="10" w16cid:durableId="690759598">
    <w:abstractNumId w:val="22"/>
  </w:num>
  <w:num w:numId="11" w16cid:durableId="2057851511">
    <w:abstractNumId w:val="13"/>
  </w:num>
  <w:num w:numId="12" w16cid:durableId="2110345932">
    <w:abstractNumId w:val="12"/>
  </w:num>
  <w:num w:numId="13" w16cid:durableId="2084984409">
    <w:abstractNumId w:val="18"/>
  </w:num>
  <w:num w:numId="14" w16cid:durableId="171652616">
    <w:abstractNumId w:val="9"/>
  </w:num>
  <w:num w:numId="15" w16cid:durableId="660697173">
    <w:abstractNumId w:val="14"/>
  </w:num>
  <w:num w:numId="16" w16cid:durableId="1142966932">
    <w:abstractNumId w:val="20"/>
  </w:num>
  <w:num w:numId="17" w16cid:durableId="1514493862">
    <w:abstractNumId w:val="15"/>
  </w:num>
  <w:num w:numId="18" w16cid:durableId="1434744882">
    <w:abstractNumId w:val="19"/>
  </w:num>
  <w:num w:numId="19" w16cid:durableId="702174512">
    <w:abstractNumId w:val="17"/>
  </w:num>
  <w:num w:numId="20" w16cid:durableId="2066831519">
    <w:abstractNumId w:val="10"/>
  </w:num>
  <w:num w:numId="21" w16cid:durableId="1248811022">
    <w:abstractNumId w:val="21"/>
  </w:num>
  <w:num w:numId="22" w16cid:durableId="1574198645">
    <w:abstractNumId w:val="11"/>
  </w:num>
  <w:num w:numId="23" w16cid:durableId="6975819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37D0"/>
    <w:rsid w:val="0015074B"/>
    <w:rsid w:val="001C3DFB"/>
    <w:rsid w:val="001F5620"/>
    <w:rsid w:val="00217790"/>
    <w:rsid w:val="00261E13"/>
    <w:rsid w:val="0029639D"/>
    <w:rsid w:val="002E3985"/>
    <w:rsid w:val="002F20A2"/>
    <w:rsid w:val="0030323C"/>
    <w:rsid w:val="00316B4C"/>
    <w:rsid w:val="00326F90"/>
    <w:rsid w:val="00333177"/>
    <w:rsid w:val="00380C3D"/>
    <w:rsid w:val="003936D7"/>
    <w:rsid w:val="003B335D"/>
    <w:rsid w:val="003B57D4"/>
    <w:rsid w:val="00402C9A"/>
    <w:rsid w:val="00406E30"/>
    <w:rsid w:val="004962F6"/>
    <w:rsid w:val="004A282C"/>
    <w:rsid w:val="004F2F06"/>
    <w:rsid w:val="00531EEE"/>
    <w:rsid w:val="005A5618"/>
    <w:rsid w:val="005E03CF"/>
    <w:rsid w:val="00610783"/>
    <w:rsid w:val="0066524C"/>
    <w:rsid w:val="006B6F0E"/>
    <w:rsid w:val="00767340"/>
    <w:rsid w:val="007D5E73"/>
    <w:rsid w:val="008060AE"/>
    <w:rsid w:val="00822489"/>
    <w:rsid w:val="00823B7E"/>
    <w:rsid w:val="00837084"/>
    <w:rsid w:val="00851966"/>
    <w:rsid w:val="00855441"/>
    <w:rsid w:val="008C3652"/>
    <w:rsid w:val="00961AD8"/>
    <w:rsid w:val="00A453E9"/>
    <w:rsid w:val="00A67F6C"/>
    <w:rsid w:val="00A92499"/>
    <w:rsid w:val="00AA1D8D"/>
    <w:rsid w:val="00B21D07"/>
    <w:rsid w:val="00B47730"/>
    <w:rsid w:val="00BA6700"/>
    <w:rsid w:val="00BC03AA"/>
    <w:rsid w:val="00C50BA8"/>
    <w:rsid w:val="00C91C17"/>
    <w:rsid w:val="00CB0664"/>
    <w:rsid w:val="00CC1524"/>
    <w:rsid w:val="00CE694D"/>
    <w:rsid w:val="00D02C16"/>
    <w:rsid w:val="00D85583"/>
    <w:rsid w:val="00E14E0B"/>
    <w:rsid w:val="00E45C1F"/>
    <w:rsid w:val="00EC7DF3"/>
    <w:rsid w:val="00EC7F2D"/>
    <w:rsid w:val="00F1210F"/>
    <w:rsid w:val="00F419CB"/>
    <w:rsid w:val="00F46341"/>
    <w:rsid w:val="00F968B1"/>
    <w:rsid w:val="00FC693F"/>
    <w:rsid w:val="3D6824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62835D7E-BA21-4BE9-97FC-D052D6186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EC7DF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PlaceholderText">
    <w:name w:val="Placeholder Text"/>
    <w:basedOn w:val="DefaultParagraphFont"/>
    <w:uiPriority w:val="99"/>
    <w:semiHidden/>
    <w:rsid w:val="00C50BA8"/>
    <w:rPr>
      <w:color w:val="666666"/>
    </w:rPr>
  </w:style>
  <w:style w:type="character" w:styleId="Hyperlink">
    <w:name w:val="Hyperlink"/>
    <w:basedOn w:val="DefaultParagraphFont"/>
    <w:uiPriority w:val="99"/>
    <w:unhideWhenUsed/>
    <w:rsid w:val="0030323C"/>
    <w:rPr>
      <w:color w:val="0000FF" w:themeColor="hyperlink"/>
      <w:u w:val="single"/>
    </w:rPr>
  </w:style>
  <w:style w:type="character" w:styleId="UnresolvedMention">
    <w:name w:val="Unresolved Mention"/>
    <w:basedOn w:val="DefaultParagraphFont"/>
    <w:uiPriority w:val="99"/>
    <w:semiHidden/>
    <w:unhideWhenUsed/>
    <w:rsid w:val="003032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hants.gov.uk/socialcareandhealth/childrenandfamilies/connectforcommunities/crisis-resilience-fund/resilience-grant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connect4communities@hants.gov.uk" TargetMode="Externa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ico.org.uk/for-organisations/uk-gdpr-guidance-and-resourc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C0407856794C5BB403B98D57E65A98"/>
        <w:category>
          <w:name w:val="General"/>
          <w:gallery w:val="placeholder"/>
        </w:category>
        <w:types>
          <w:type w:val="bbPlcHdr"/>
        </w:types>
        <w:behaviors>
          <w:behavior w:val="content"/>
        </w:behaviors>
        <w:guid w:val="{C76C7BA9-CA55-4694-92EB-C2DE550E0952}"/>
      </w:docPartPr>
      <w:docPartBody>
        <w:p w:rsidR="00AA5336" w:rsidRDefault="00F30BC1" w:rsidP="00F30BC1">
          <w:pPr>
            <w:pStyle w:val="9EC0407856794C5BB403B98D57E65A98"/>
          </w:pPr>
          <w:r w:rsidRPr="005E33A5">
            <w:rPr>
              <w:rStyle w:val="PlaceholderText"/>
            </w:rPr>
            <w:t>Click or tap here to enter text.</w:t>
          </w:r>
        </w:p>
      </w:docPartBody>
    </w:docPart>
    <w:docPart>
      <w:docPartPr>
        <w:name w:val="87435648F48748C49EFF9E23814B51AD"/>
        <w:category>
          <w:name w:val="General"/>
          <w:gallery w:val="placeholder"/>
        </w:category>
        <w:types>
          <w:type w:val="bbPlcHdr"/>
        </w:types>
        <w:behaviors>
          <w:behavior w:val="content"/>
        </w:behaviors>
        <w:guid w:val="{02CA2CC1-D571-4DB7-B392-9DAB9E06F877}"/>
      </w:docPartPr>
      <w:docPartBody>
        <w:p w:rsidR="00AA5336" w:rsidRDefault="00F30BC1" w:rsidP="00F30BC1">
          <w:pPr>
            <w:pStyle w:val="87435648F48748C49EFF9E23814B51AD"/>
          </w:pPr>
          <w:r w:rsidRPr="005E33A5">
            <w:rPr>
              <w:rStyle w:val="PlaceholderText"/>
            </w:rPr>
            <w:t>Click or tap here to enter text.</w:t>
          </w:r>
        </w:p>
      </w:docPartBody>
    </w:docPart>
    <w:docPart>
      <w:docPartPr>
        <w:name w:val="5AC6A31A3FA24E6E99161EB974B91059"/>
        <w:category>
          <w:name w:val="General"/>
          <w:gallery w:val="placeholder"/>
        </w:category>
        <w:types>
          <w:type w:val="bbPlcHdr"/>
        </w:types>
        <w:behaviors>
          <w:behavior w:val="content"/>
        </w:behaviors>
        <w:guid w:val="{BA54C376-76BB-40B4-BA9F-93CE9458162F}"/>
      </w:docPartPr>
      <w:docPartBody>
        <w:p w:rsidR="00AA5336" w:rsidRDefault="00F30BC1" w:rsidP="00F30BC1">
          <w:pPr>
            <w:pStyle w:val="5AC6A31A3FA24E6E99161EB974B91059"/>
          </w:pPr>
          <w:r w:rsidRPr="005E33A5">
            <w:rPr>
              <w:rStyle w:val="PlaceholderText"/>
            </w:rPr>
            <w:t>Click or tap here to enter text.</w:t>
          </w:r>
        </w:p>
      </w:docPartBody>
    </w:docPart>
    <w:docPart>
      <w:docPartPr>
        <w:name w:val="B4412A05984C487AADA26F77CD920EC0"/>
        <w:category>
          <w:name w:val="General"/>
          <w:gallery w:val="placeholder"/>
        </w:category>
        <w:types>
          <w:type w:val="bbPlcHdr"/>
        </w:types>
        <w:behaviors>
          <w:behavior w:val="content"/>
        </w:behaviors>
        <w:guid w:val="{C387B484-0601-4886-BA05-0B6A706ED00B}"/>
      </w:docPartPr>
      <w:docPartBody>
        <w:p w:rsidR="00AA5336" w:rsidRDefault="00F30BC1" w:rsidP="00F30BC1">
          <w:pPr>
            <w:pStyle w:val="B4412A05984C487AADA26F77CD920EC0"/>
          </w:pPr>
          <w:r w:rsidRPr="005E33A5">
            <w:rPr>
              <w:rStyle w:val="PlaceholderText"/>
            </w:rPr>
            <w:t>Click or tap here to enter text.</w:t>
          </w:r>
        </w:p>
      </w:docPartBody>
    </w:docPart>
    <w:docPart>
      <w:docPartPr>
        <w:name w:val="8487CB668DBD4B138DC81F0306336482"/>
        <w:category>
          <w:name w:val="General"/>
          <w:gallery w:val="placeholder"/>
        </w:category>
        <w:types>
          <w:type w:val="bbPlcHdr"/>
        </w:types>
        <w:behaviors>
          <w:behavior w:val="content"/>
        </w:behaviors>
        <w:guid w:val="{6680579A-3426-4E02-AD4F-78787B34FD9E}"/>
      </w:docPartPr>
      <w:docPartBody>
        <w:p w:rsidR="00AA5336" w:rsidRDefault="00F30BC1" w:rsidP="00F30BC1">
          <w:pPr>
            <w:pStyle w:val="8487CB668DBD4B138DC81F0306336482"/>
          </w:pPr>
          <w:r w:rsidRPr="005E33A5">
            <w:rPr>
              <w:rStyle w:val="PlaceholderText"/>
            </w:rPr>
            <w:t>Click or tap here to enter text.</w:t>
          </w:r>
        </w:p>
      </w:docPartBody>
    </w:docPart>
    <w:docPart>
      <w:docPartPr>
        <w:name w:val="C417DAACDC2248C98A1DB4D949194AB8"/>
        <w:category>
          <w:name w:val="General"/>
          <w:gallery w:val="placeholder"/>
        </w:category>
        <w:types>
          <w:type w:val="bbPlcHdr"/>
        </w:types>
        <w:behaviors>
          <w:behavior w:val="content"/>
        </w:behaviors>
        <w:guid w:val="{F0FCF623-8687-4A44-B93F-F5A2B197A7EC}"/>
      </w:docPartPr>
      <w:docPartBody>
        <w:p w:rsidR="00AA5336" w:rsidRDefault="00F30BC1" w:rsidP="00F30BC1">
          <w:pPr>
            <w:pStyle w:val="C417DAACDC2248C98A1DB4D949194AB8"/>
          </w:pPr>
          <w:r w:rsidRPr="005E33A5">
            <w:rPr>
              <w:rStyle w:val="PlaceholderText"/>
            </w:rPr>
            <w:t>Click or tap here to enter text.</w:t>
          </w:r>
        </w:p>
      </w:docPartBody>
    </w:docPart>
    <w:docPart>
      <w:docPartPr>
        <w:name w:val="4C4B5D9FDB464287A9F1A407555F784D"/>
        <w:category>
          <w:name w:val="General"/>
          <w:gallery w:val="placeholder"/>
        </w:category>
        <w:types>
          <w:type w:val="bbPlcHdr"/>
        </w:types>
        <w:behaviors>
          <w:behavior w:val="content"/>
        </w:behaviors>
        <w:guid w:val="{720256B8-7A4B-41D7-89C6-2FEA5359983F}"/>
      </w:docPartPr>
      <w:docPartBody>
        <w:p w:rsidR="00AA5336" w:rsidRDefault="00F30BC1" w:rsidP="00F30BC1">
          <w:pPr>
            <w:pStyle w:val="4C4B5D9FDB464287A9F1A407555F784D"/>
          </w:pPr>
          <w:r w:rsidRPr="005E33A5">
            <w:rPr>
              <w:rStyle w:val="PlaceholderText"/>
            </w:rPr>
            <w:t>Click or tap here to enter text.</w:t>
          </w:r>
        </w:p>
      </w:docPartBody>
    </w:docPart>
    <w:docPart>
      <w:docPartPr>
        <w:name w:val="56936C3118F14F3CAD39547EB91B794E"/>
        <w:category>
          <w:name w:val="General"/>
          <w:gallery w:val="placeholder"/>
        </w:category>
        <w:types>
          <w:type w:val="bbPlcHdr"/>
        </w:types>
        <w:behaviors>
          <w:behavior w:val="content"/>
        </w:behaviors>
        <w:guid w:val="{8C514923-2405-4863-82EA-E099260B2A30}"/>
      </w:docPartPr>
      <w:docPartBody>
        <w:p w:rsidR="00AA5336" w:rsidRDefault="00F30BC1" w:rsidP="00F30BC1">
          <w:pPr>
            <w:pStyle w:val="56936C3118F14F3CAD39547EB91B794E"/>
          </w:pPr>
          <w:r w:rsidRPr="005E33A5">
            <w:rPr>
              <w:rStyle w:val="PlaceholderText"/>
            </w:rPr>
            <w:t>Click or tap here to enter text.</w:t>
          </w:r>
        </w:p>
      </w:docPartBody>
    </w:docPart>
    <w:docPart>
      <w:docPartPr>
        <w:name w:val="263FE19E2AE94022A9498E75BFCCA77E"/>
        <w:category>
          <w:name w:val="General"/>
          <w:gallery w:val="placeholder"/>
        </w:category>
        <w:types>
          <w:type w:val="bbPlcHdr"/>
        </w:types>
        <w:behaviors>
          <w:behavior w:val="content"/>
        </w:behaviors>
        <w:guid w:val="{CE6C0E01-6802-4B04-BCB4-21D7B516467D}"/>
      </w:docPartPr>
      <w:docPartBody>
        <w:p w:rsidR="00AA5336" w:rsidRDefault="00F30BC1" w:rsidP="00F30BC1">
          <w:pPr>
            <w:pStyle w:val="263FE19E2AE94022A9498E75BFCCA77E"/>
          </w:pPr>
          <w:r w:rsidRPr="005E33A5">
            <w:rPr>
              <w:rStyle w:val="PlaceholderText"/>
            </w:rPr>
            <w:t>Click or tap here to enter text.</w:t>
          </w:r>
        </w:p>
      </w:docPartBody>
    </w:docPart>
    <w:docPart>
      <w:docPartPr>
        <w:name w:val="81EF40E4329D422CB8501D8504F5D64E"/>
        <w:category>
          <w:name w:val="General"/>
          <w:gallery w:val="placeholder"/>
        </w:category>
        <w:types>
          <w:type w:val="bbPlcHdr"/>
        </w:types>
        <w:behaviors>
          <w:behavior w:val="content"/>
        </w:behaviors>
        <w:guid w:val="{40109412-B823-4D35-9B76-FE89598ACBDA}"/>
      </w:docPartPr>
      <w:docPartBody>
        <w:p w:rsidR="00AA5336" w:rsidRDefault="00F30BC1" w:rsidP="00F30BC1">
          <w:pPr>
            <w:pStyle w:val="81EF40E4329D422CB8501D8504F5D64E"/>
          </w:pPr>
          <w:r w:rsidRPr="005E33A5">
            <w:rPr>
              <w:rStyle w:val="PlaceholderText"/>
            </w:rPr>
            <w:t>Click or tap here to enter text.</w:t>
          </w:r>
        </w:p>
      </w:docPartBody>
    </w:docPart>
    <w:docPart>
      <w:docPartPr>
        <w:name w:val="84FFDCCC4FA14D669CCF60621D048866"/>
        <w:category>
          <w:name w:val="General"/>
          <w:gallery w:val="placeholder"/>
        </w:category>
        <w:types>
          <w:type w:val="bbPlcHdr"/>
        </w:types>
        <w:behaviors>
          <w:behavior w:val="content"/>
        </w:behaviors>
        <w:guid w:val="{9EEEB23A-0A09-4ED2-AC17-E03B10A8FE1A}"/>
      </w:docPartPr>
      <w:docPartBody>
        <w:p w:rsidR="00AA5336" w:rsidRDefault="00F30BC1" w:rsidP="00F30BC1">
          <w:pPr>
            <w:pStyle w:val="84FFDCCC4FA14D669CCF60621D048866"/>
          </w:pPr>
          <w:r w:rsidRPr="005E33A5">
            <w:rPr>
              <w:rStyle w:val="PlaceholderText"/>
            </w:rPr>
            <w:t>Click or tap here to enter text.</w:t>
          </w:r>
        </w:p>
      </w:docPartBody>
    </w:docPart>
    <w:docPart>
      <w:docPartPr>
        <w:name w:val="506D1D27468E4DA196D1B973A65517A5"/>
        <w:category>
          <w:name w:val="General"/>
          <w:gallery w:val="placeholder"/>
        </w:category>
        <w:types>
          <w:type w:val="bbPlcHdr"/>
        </w:types>
        <w:behaviors>
          <w:behavior w:val="content"/>
        </w:behaviors>
        <w:guid w:val="{19313CE3-B3EE-4B7B-A88A-4A5CF77E7FDD}"/>
      </w:docPartPr>
      <w:docPartBody>
        <w:p w:rsidR="00AA5336" w:rsidRDefault="00F30BC1" w:rsidP="00F30BC1">
          <w:pPr>
            <w:pStyle w:val="506D1D27468E4DA196D1B973A65517A5"/>
          </w:pPr>
          <w:r w:rsidRPr="005E33A5">
            <w:rPr>
              <w:rStyle w:val="PlaceholderText"/>
            </w:rPr>
            <w:t>Click or tap here to enter text.</w:t>
          </w:r>
        </w:p>
      </w:docPartBody>
    </w:docPart>
    <w:docPart>
      <w:docPartPr>
        <w:name w:val="324B69742061462A93A0B16436053CCC"/>
        <w:category>
          <w:name w:val="General"/>
          <w:gallery w:val="placeholder"/>
        </w:category>
        <w:types>
          <w:type w:val="bbPlcHdr"/>
        </w:types>
        <w:behaviors>
          <w:behavior w:val="content"/>
        </w:behaviors>
        <w:guid w:val="{63174118-AD22-4592-97EF-AF65285021FF}"/>
      </w:docPartPr>
      <w:docPartBody>
        <w:p w:rsidR="00AA5336" w:rsidRDefault="00F30BC1" w:rsidP="00F30BC1">
          <w:pPr>
            <w:pStyle w:val="324B69742061462A93A0B16436053CCC"/>
          </w:pPr>
          <w:r w:rsidRPr="005E33A5">
            <w:rPr>
              <w:rStyle w:val="PlaceholderText"/>
            </w:rPr>
            <w:t>Click or tap here to enter text.</w:t>
          </w:r>
        </w:p>
      </w:docPartBody>
    </w:docPart>
    <w:docPart>
      <w:docPartPr>
        <w:name w:val="8E65DAD8E1764E97B910A49446B6CC26"/>
        <w:category>
          <w:name w:val="General"/>
          <w:gallery w:val="placeholder"/>
        </w:category>
        <w:types>
          <w:type w:val="bbPlcHdr"/>
        </w:types>
        <w:behaviors>
          <w:behavior w:val="content"/>
        </w:behaviors>
        <w:guid w:val="{1CED34FF-CA91-412F-BD43-F2343A28BD53}"/>
      </w:docPartPr>
      <w:docPartBody>
        <w:p w:rsidR="00AA5336" w:rsidRDefault="00F30BC1" w:rsidP="00F30BC1">
          <w:pPr>
            <w:pStyle w:val="8E65DAD8E1764E97B910A49446B6CC26"/>
          </w:pPr>
          <w:r w:rsidRPr="005E33A5">
            <w:rPr>
              <w:rStyle w:val="PlaceholderText"/>
            </w:rPr>
            <w:t>Click or tap here to enter text.</w:t>
          </w:r>
        </w:p>
      </w:docPartBody>
    </w:docPart>
    <w:docPart>
      <w:docPartPr>
        <w:name w:val="B117E921C6C94E5487D00F43557CC8EB"/>
        <w:category>
          <w:name w:val="General"/>
          <w:gallery w:val="placeholder"/>
        </w:category>
        <w:types>
          <w:type w:val="bbPlcHdr"/>
        </w:types>
        <w:behaviors>
          <w:behavior w:val="content"/>
        </w:behaviors>
        <w:guid w:val="{BD7C1DDA-520F-4725-9E74-A6299D497C21}"/>
      </w:docPartPr>
      <w:docPartBody>
        <w:p w:rsidR="00AA5336" w:rsidRDefault="00F30BC1" w:rsidP="00F30BC1">
          <w:pPr>
            <w:pStyle w:val="B117E921C6C94E5487D00F43557CC8EB"/>
          </w:pPr>
          <w:r w:rsidRPr="005E33A5">
            <w:rPr>
              <w:rStyle w:val="PlaceholderText"/>
            </w:rPr>
            <w:t>Click or tap here to enter text.</w:t>
          </w:r>
        </w:p>
      </w:docPartBody>
    </w:docPart>
    <w:docPart>
      <w:docPartPr>
        <w:name w:val="44B013BCE474458D8E18406755B2BBEC"/>
        <w:category>
          <w:name w:val="General"/>
          <w:gallery w:val="placeholder"/>
        </w:category>
        <w:types>
          <w:type w:val="bbPlcHdr"/>
        </w:types>
        <w:behaviors>
          <w:behavior w:val="content"/>
        </w:behaviors>
        <w:guid w:val="{C4C85DD2-EF2E-4711-B515-6E3B40DA1A57}"/>
      </w:docPartPr>
      <w:docPartBody>
        <w:p w:rsidR="00AA5336" w:rsidRDefault="00F30BC1" w:rsidP="00F30BC1">
          <w:pPr>
            <w:pStyle w:val="44B013BCE474458D8E18406755B2BBEC"/>
          </w:pPr>
          <w:r w:rsidRPr="005E33A5">
            <w:rPr>
              <w:rStyle w:val="PlaceholderText"/>
            </w:rPr>
            <w:t>Click or tap here to enter text.</w:t>
          </w:r>
        </w:p>
      </w:docPartBody>
    </w:docPart>
    <w:docPart>
      <w:docPartPr>
        <w:name w:val="AFD7BE2AA2804FA9B1979841CC934EAD"/>
        <w:category>
          <w:name w:val="General"/>
          <w:gallery w:val="placeholder"/>
        </w:category>
        <w:types>
          <w:type w:val="bbPlcHdr"/>
        </w:types>
        <w:behaviors>
          <w:behavior w:val="content"/>
        </w:behaviors>
        <w:guid w:val="{8668455B-2C61-408A-995B-3A1DF5825110}"/>
      </w:docPartPr>
      <w:docPartBody>
        <w:p w:rsidR="00AA5336" w:rsidRDefault="00F30BC1" w:rsidP="00F30BC1">
          <w:pPr>
            <w:pStyle w:val="AFD7BE2AA2804FA9B1979841CC934EAD"/>
          </w:pPr>
          <w:r w:rsidRPr="005E33A5">
            <w:rPr>
              <w:rStyle w:val="PlaceholderText"/>
            </w:rPr>
            <w:t>Click or tap here to enter text.</w:t>
          </w:r>
        </w:p>
      </w:docPartBody>
    </w:docPart>
    <w:docPart>
      <w:docPartPr>
        <w:name w:val="BC948BD0BF3A4F1EA3BC5B96EA1F46A8"/>
        <w:category>
          <w:name w:val="General"/>
          <w:gallery w:val="placeholder"/>
        </w:category>
        <w:types>
          <w:type w:val="bbPlcHdr"/>
        </w:types>
        <w:behaviors>
          <w:behavior w:val="content"/>
        </w:behaviors>
        <w:guid w:val="{FA55D473-4933-4D37-A7D0-1B1334DE618F}"/>
      </w:docPartPr>
      <w:docPartBody>
        <w:p w:rsidR="00AA5336" w:rsidRDefault="00F30BC1" w:rsidP="00F30BC1">
          <w:pPr>
            <w:pStyle w:val="BC948BD0BF3A4F1EA3BC5B96EA1F46A8"/>
          </w:pPr>
          <w:r w:rsidRPr="005E33A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BC1"/>
    <w:rsid w:val="00402C9A"/>
    <w:rsid w:val="00AA5336"/>
    <w:rsid w:val="00CE2E3E"/>
    <w:rsid w:val="00EC7F2D"/>
    <w:rsid w:val="00F30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0BC1"/>
    <w:rPr>
      <w:color w:val="666666"/>
    </w:rPr>
  </w:style>
  <w:style w:type="paragraph" w:customStyle="1" w:styleId="9EC0407856794C5BB403B98D57E65A98">
    <w:name w:val="9EC0407856794C5BB403B98D57E65A98"/>
    <w:rsid w:val="00F30BC1"/>
  </w:style>
  <w:style w:type="paragraph" w:customStyle="1" w:styleId="87435648F48748C49EFF9E23814B51AD">
    <w:name w:val="87435648F48748C49EFF9E23814B51AD"/>
    <w:rsid w:val="00F30BC1"/>
  </w:style>
  <w:style w:type="paragraph" w:customStyle="1" w:styleId="5AC6A31A3FA24E6E99161EB974B91059">
    <w:name w:val="5AC6A31A3FA24E6E99161EB974B91059"/>
    <w:rsid w:val="00F30BC1"/>
  </w:style>
  <w:style w:type="paragraph" w:customStyle="1" w:styleId="B4412A05984C487AADA26F77CD920EC0">
    <w:name w:val="B4412A05984C487AADA26F77CD920EC0"/>
    <w:rsid w:val="00F30BC1"/>
  </w:style>
  <w:style w:type="paragraph" w:customStyle="1" w:styleId="8487CB668DBD4B138DC81F0306336482">
    <w:name w:val="8487CB668DBD4B138DC81F0306336482"/>
    <w:rsid w:val="00F30BC1"/>
  </w:style>
  <w:style w:type="paragraph" w:customStyle="1" w:styleId="C417DAACDC2248C98A1DB4D949194AB8">
    <w:name w:val="C417DAACDC2248C98A1DB4D949194AB8"/>
    <w:rsid w:val="00F30BC1"/>
  </w:style>
  <w:style w:type="paragraph" w:customStyle="1" w:styleId="4C4B5D9FDB464287A9F1A407555F784D">
    <w:name w:val="4C4B5D9FDB464287A9F1A407555F784D"/>
    <w:rsid w:val="00F30BC1"/>
  </w:style>
  <w:style w:type="paragraph" w:customStyle="1" w:styleId="56936C3118F14F3CAD39547EB91B794E">
    <w:name w:val="56936C3118F14F3CAD39547EB91B794E"/>
    <w:rsid w:val="00F30BC1"/>
  </w:style>
  <w:style w:type="paragraph" w:customStyle="1" w:styleId="263FE19E2AE94022A9498E75BFCCA77E">
    <w:name w:val="263FE19E2AE94022A9498E75BFCCA77E"/>
    <w:rsid w:val="00F30BC1"/>
  </w:style>
  <w:style w:type="paragraph" w:customStyle="1" w:styleId="81EF40E4329D422CB8501D8504F5D64E">
    <w:name w:val="81EF40E4329D422CB8501D8504F5D64E"/>
    <w:rsid w:val="00F30BC1"/>
  </w:style>
  <w:style w:type="paragraph" w:customStyle="1" w:styleId="84FFDCCC4FA14D669CCF60621D048866">
    <w:name w:val="84FFDCCC4FA14D669CCF60621D048866"/>
    <w:rsid w:val="00F30BC1"/>
  </w:style>
  <w:style w:type="paragraph" w:customStyle="1" w:styleId="506D1D27468E4DA196D1B973A65517A5">
    <w:name w:val="506D1D27468E4DA196D1B973A65517A5"/>
    <w:rsid w:val="00F30BC1"/>
  </w:style>
  <w:style w:type="paragraph" w:customStyle="1" w:styleId="324B69742061462A93A0B16436053CCC">
    <w:name w:val="324B69742061462A93A0B16436053CCC"/>
    <w:rsid w:val="00F30BC1"/>
  </w:style>
  <w:style w:type="paragraph" w:customStyle="1" w:styleId="8E65DAD8E1764E97B910A49446B6CC26">
    <w:name w:val="8E65DAD8E1764E97B910A49446B6CC26"/>
    <w:rsid w:val="00F30BC1"/>
  </w:style>
  <w:style w:type="paragraph" w:customStyle="1" w:styleId="B117E921C6C94E5487D00F43557CC8EB">
    <w:name w:val="B117E921C6C94E5487D00F43557CC8EB"/>
    <w:rsid w:val="00F30BC1"/>
  </w:style>
  <w:style w:type="paragraph" w:customStyle="1" w:styleId="44B013BCE474458D8E18406755B2BBEC">
    <w:name w:val="44B013BCE474458D8E18406755B2BBEC"/>
    <w:rsid w:val="00F30BC1"/>
  </w:style>
  <w:style w:type="paragraph" w:customStyle="1" w:styleId="AFD7BE2AA2804FA9B1979841CC934EAD">
    <w:name w:val="AFD7BE2AA2804FA9B1979841CC934EAD"/>
    <w:rsid w:val="00F30BC1"/>
  </w:style>
  <w:style w:type="paragraph" w:customStyle="1" w:styleId="BC948BD0BF3A4F1EA3BC5B96EA1F46A8">
    <w:name w:val="BC948BD0BF3A4F1EA3BC5B96EA1F46A8"/>
    <w:rsid w:val="00F30B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3c5dbf34-c73a-430c-9290-9174ad787734" ContentTypeId="0x0101004E1B537BC2B2AD43A5AF5311D732D3AA" PreviousValue="false"/>
</file>

<file path=customXml/item4.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xsi:nil="true"/>
    <hc632fe273cb498aa970207d30c3b1d8 xmlns="c5dbf80e-f509-45f6-9fe5-406e3eefabbb">
      <Terms xmlns="http://schemas.microsoft.com/office/infopath/2007/PartnerControls"/>
    </hc632fe273cb498aa970207d30c3b1d8>
    <_dlc_DocId xmlns="5d951f5b-7b83-4632-a2a0-f7e0c54b053b">AU23VD7J3TJD-585428225-33267</_dlc_DocId>
    <_dlc_DocIdUrl xmlns="5d951f5b-7b83-4632-a2a0-f7e0c54b053b">
      <Url>https://hants.sharepoint.com/sites/CSD-8234/_layouts/15/DocIdRedir.aspx?ID=AU23VD7J3TJD-585428225-33267</Url>
      <Description>AU23VD7J3TJD-585428225-33267</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HCC Default Document" ma:contentTypeID="0x0101004E1B537BC2B2AD43A5AF5311D732D3AA0012F023F69995224AA732F0CC53E562AF" ma:contentTypeVersion="12" ma:contentTypeDescription="Default base CT that all others should inherit from." ma:contentTypeScope="" ma:versionID="c27540b8c148581e99a5e5afe6b3f1bf">
  <xsd:schema xmlns:xsd="http://www.w3.org/2001/XMLSchema" xmlns:xs="http://www.w3.org/2001/XMLSchema" xmlns:p="http://schemas.microsoft.com/office/2006/metadata/properties" xmlns:ns2="c5dbf80e-f509-45f6-9fe5-406e3eefabbb" xmlns:ns3="5d951f5b-7b83-4632-a2a0-f7e0c54b053b" targetNamespace="http://schemas.microsoft.com/office/2006/metadata/properties" ma:root="true" ma:fieldsID="e46042a8101c0b31da9eb08792c69640" ns2:_="" ns3:_="">
    <xsd:import namespace="c5dbf80e-f509-45f6-9fe5-406e3eefabbb"/>
    <xsd:import namespace="5d951f5b-7b83-4632-a2a0-f7e0c54b053b"/>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36bfcae-2f2b-4acf-8ffa-7855e34725f6}" ma:internalName="TaxCatchAll" ma:showField="CatchAllData" ma:web="5d951f5b-7b83-4632-a2a0-f7e0c54b053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36bfcae-2f2b-4acf-8ffa-7855e34725f6}" ma:internalName="TaxCatchAllLabel" ma:readOnly="true" ma:showField="CatchAllDataLabel" ma:web="5d951f5b-7b83-4632-a2a0-f7e0c54b053b">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d951f5b-7b83-4632-a2a0-f7e0c54b053b"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DB40142D-622F-46AE-A8BA-42EE9CD1B91D}">
  <ds:schemaRefs>
    <ds:schemaRef ds:uri="http://schemas.microsoft.com/sharepoint/events"/>
  </ds:schemaRefs>
</ds:datastoreItem>
</file>

<file path=customXml/itemProps3.xml><?xml version="1.0" encoding="utf-8"?>
<ds:datastoreItem xmlns:ds="http://schemas.openxmlformats.org/officeDocument/2006/customXml" ds:itemID="{E089AD33-3A39-4E6C-A646-4C67F14EFFA4}">
  <ds:schemaRefs>
    <ds:schemaRef ds:uri="Microsoft.SharePoint.Taxonomy.ContentTypeSync"/>
  </ds:schemaRefs>
</ds:datastoreItem>
</file>

<file path=customXml/itemProps4.xml><?xml version="1.0" encoding="utf-8"?>
<ds:datastoreItem xmlns:ds="http://schemas.openxmlformats.org/officeDocument/2006/customXml" ds:itemID="{B39E3697-7E15-413F-9FFC-F339C23D2C81}">
  <ds:schemaRefs>
    <ds:schemaRef ds:uri="http://schemas.microsoft.com/office/2006/metadata/properties"/>
    <ds:schemaRef ds:uri="http://schemas.microsoft.com/office/infopath/2007/PartnerControls"/>
    <ds:schemaRef ds:uri="c5dbf80e-f509-45f6-9fe5-406e3eefabbb"/>
    <ds:schemaRef ds:uri="5d951f5b-7b83-4632-a2a0-f7e0c54b053b"/>
  </ds:schemaRefs>
</ds:datastoreItem>
</file>

<file path=customXml/itemProps5.xml><?xml version="1.0" encoding="utf-8"?>
<ds:datastoreItem xmlns:ds="http://schemas.openxmlformats.org/officeDocument/2006/customXml" ds:itemID="{BFF675A3-A774-4A1F-890C-48840B412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bf80e-f509-45f6-9fe5-406e3eefabbb"/>
    <ds:schemaRef ds:uri="5d951f5b-7b83-4632-a2a0-f7e0c54b05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6E15EED-233C-410B-9B68-08BFED432A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833</Words>
  <Characters>4750</Characters>
  <Application>Microsoft Office Word</Application>
  <DocSecurity>4</DocSecurity>
  <Lines>39</Lines>
  <Paragraphs>11</Paragraphs>
  <ScaleCrop>false</ScaleCrop>
  <Manager/>
  <Company/>
  <LinksUpToDate>false</LinksUpToDate>
  <CharactersWithSpaces>5572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Atkins, James</dc:creator>
  <cp:keywords/>
  <dc:description>generated by python-docx</dc:description>
  <cp:lastModifiedBy>Atkins, James</cp:lastModifiedBy>
  <cp:revision>4</cp:revision>
  <dcterms:created xsi:type="dcterms:W3CDTF">2026-08-03T17:56:00Z</dcterms:created>
  <dcterms:modified xsi:type="dcterms:W3CDTF">2026-08-03T10:14:00Z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0x0101004E1B537BC2B2AD43A5AF5311D732D3AA0012F023F69995224AA732F0CC53E562AF</vt:lpwstr>
  </property>
  <property fmtid="{D5CDD505-2E9C-101B-9397-08002B2CF9AE}" pid="3" name="Document_x0020_Type">
    <vt:lpwstr/>
  </property>
  <property fmtid="{D5CDD505-2E9C-101B-9397-08002B2CF9AE}" pid="4" name="Document Type">
    <vt:lpwstr/>
  </property>
  <property fmtid="{D5CDD505-2E9C-101B-9397-08002B2CF9AE}" pid="5" name="_dlc_DocIdItemGuid">
    <vt:lpwstr>8344ab58-b9da-450c-9e3b-66ac5d664871</vt:lpwstr>
  </property>
  <property fmtid="{D5CDD505-2E9C-101B-9397-08002B2CF9AE}" pid="6" name="MediaServiceImageTags">
    <vt:lpwstr/>
  </property>
  <property fmtid="{D5CDD505-2E9C-101B-9397-08002B2CF9AE}" pid="7" name="lcf76f155ced4ddcb4097134ff3c332f">
    <vt:lpwstr/>
  </property>
</Properties>
</file>